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7942C" w14:textId="77777777" w:rsidR="004A5B58" w:rsidRPr="006B5DFA" w:rsidRDefault="00000000">
      <w:pPr>
        <w:spacing w:after="0"/>
        <w:rPr>
          <w:lang w:val="ru-RU"/>
        </w:rPr>
      </w:pPr>
      <w:r w:rsidRPr="006B5DFA">
        <w:rPr>
          <w:rFonts w:eastAsia="Calibri"/>
          <w:b/>
          <w:color w:val="1F4D78"/>
          <w:sz w:val="46"/>
          <w:lang w:val="ru-RU"/>
        </w:rPr>
        <w:t>КОТОВ ИГОРЬ</w:t>
      </w:r>
    </w:p>
    <w:p w14:paraId="5ECC0797" w14:textId="77777777" w:rsidR="004A5B58" w:rsidRPr="006B5DFA" w:rsidRDefault="00000000">
      <w:pPr>
        <w:spacing w:after="100"/>
        <w:rPr>
          <w:lang w:val="ru-RU"/>
        </w:rPr>
      </w:pPr>
      <w:r>
        <w:rPr>
          <w:rFonts w:eastAsia="Calibri"/>
          <w:b/>
          <w:color w:val="2E74B5"/>
          <w:sz w:val="27"/>
        </w:rPr>
        <w:t>AI</w:t>
      </w:r>
      <w:r w:rsidRPr="006B5DFA">
        <w:rPr>
          <w:rFonts w:eastAsia="Calibri"/>
          <w:b/>
          <w:color w:val="2E74B5"/>
          <w:sz w:val="27"/>
          <w:lang w:val="ru-RU"/>
        </w:rPr>
        <w:t xml:space="preserve"> </w:t>
      </w:r>
      <w:r>
        <w:rPr>
          <w:rFonts w:eastAsia="Calibri"/>
          <w:b/>
          <w:color w:val="2E74B5"/>
          <w:sz w:val="27"/>
        </w:rPr>
        <w:t>Business</w:t>
      </w:r>
      <w:r w:rsidRPr="006B5DFA">
        <w:rPr>
          <w:rFonts w:eastAsia="Calibri"/>
          <w:b/>
          <w:color w:val="2E74B5"/>
          <w:sz w:val="27"/>
          <w:lang w:val="ru-RU"/>
        </w:rPr>
        <w:t xml:space="preserve"> </w:t>
      </w:r>
      <w:r>
        <w:rPr>
          <w:rFonts w:eastAsia="Calibri"/>
          <w:b/>
          <w:color w:val="2E74B5"/>
          <w:sz w:val="27"/>
        </w:rPr>
        <w:t>Transformation</w:t>
      </w:r>
      <w:r w:rsidRPr="006B5DFA">
        <w:rPr>
          <w:rFonts w:eastAsia="Calibri"/>
          <w:b/>
          <w:color w:val="2E74B5"/>
          <w:sz w:val="27"/>
          <w:lang w:val="ru-RU"/>
        </w:rPr>
        <w:t xml:space="preserve"> </w:t>
      </w:r>
      <w:r>
        <w:rPr>
          <w:rFonts w:eastAsia="Calibri"/>
          <w:b/>
          <w:color w:val="2E74B5"/>
          <w:sz w:val="27"/>
        </w:rPr>
        <w:t>Lead</w:t>
      </w:r>
      <w:r w:rsidRPr="006B5DFA">
        <w:rPr>
          <w:rFonts w:eastAsia="Calibri"/>
          <w:b/>
          <w:color w:val="2E74B5"/>
          <w:sz w:val="27"/>
          <w:lang w:val="ru-RU"/>
        </w:rPr>
        <w:t xml:space="preserve"> / Руководитель бизнес-трансформации</w:t>
      </w:r>
    </w:p>
    <w:p w14:paraId="544C211E" w14:textId="77777777" w:rsidR="004A5B58" w:rsidRPr="006B5DFA" w:rsidRDefault="00000000">
      <w:pPr>
        <w:pStyle w:val="ResumeBody"/>
        <w:spacing w:after="140"/>
        <w:rPr>
          <w:lang w:val="ru-RU"/>
        </w:rPr>
      </w:pPr>
      <w:r w:rsidRPr="006B5DFA">
        <w:rPr>
          <w:rFonts w:eastAsia="Calibri"/>
          <w:b/>
          <w:sz w:val="21"/>
          <w:lang w:val="ru-RU"/>
        </w:rPr>
        <w:t xml:space="preserve">Превращаю сложные процессы и управленческий хаос в систему, готовую к автоматизации и практическому применению </w:t>
      </w:r>
      <w:r>
        <w:rPr>
          <w:rFonts w:eastAsia="Calibri"/>
          <w:b/>
          <w:sz w:val="21"/>
        </w:rPr>
        <w:t>AI</w:t>
      </w:r>
      <w:r w:rsidRPr="006B5DFA">
        <w:rPr>
          <w:rFonts w:eastAsia="Calibri"/>
          <w:b/>
          <w:sz w:val="21"/>
          <w:lang w:val="ru-RU"/>
        </w:rPr>
        <w:t>.</w:t>
      </w:r>
    </w:p>
    <w:p w14:paraId="079F6002" w14:textId="77777777" w:rsidR="004A5B58" w:rsidRPr="006B5DFA" w:rsidRDefault="00000000">
      <w:pPr>
        <w:pStyle w:val="Contact"/>
        <w:rPr>
          <w:lang w:val="ru-RU"/>
        </w:rPr>
      </w:pPr>
      <w:r w:rsidRPr="006B5DFA">
        <w:rPr>
          <w:rFonts w:eastAsia="Calibri"/>
          <w:color w:val="5A6068"/>
          <w:sz w:val="18"/>
          <w:lang w:val="ru-RU"/>
        </w:rPr>
        <w:t xml:space="preserve">+7 (937) 285-03-22 | </w:t>
      </w:r>
      <w:proofErr w:type="spellStart"/>
      <w:r>
        <w:rPr>
          <w:rFonts w:eastAsia="Calibri"/>
          <w:color w:val="5A6068"/>
          <w:sz w:val="18"/>
        </w:rPr>
        <w:t>ikotow</w:t>
      </w:r>
      <w:proofErr w:type="spellEnd"/>
      <w:r w:rsidRPr="006B5DFA">
        <w:rPr>
          <w:rFonts w:eastAsia="Calibri"/>
          <w:color w:val="5A6068"/>
          <w:sz w:val="18"/>
          <w:lang w:val="ru-RU"/>
        </w:rPr>
        <w:t>@</w:t>
      </w:r>
      <w:proofErr w:type="spellStart"/>
      <w:r>
        <w:rPr>
          <w:rFonts w:eastAsia="Calibri"/>
          <w:color w:val="5A6068"/>
          <w:sz w:val="18"/>
        </w:rPr>
        <w:t>gmail</w:t>
      </w:r>
      <w:proofErr w:type="spellEnd"/>
      <w:r w:rsidRPr="006B5DFA">
        <w:rPr>
          <w:rFonts w:eastAsia="Calibri"/>
          <w:color w:val="5A6068"/>
          <w:sz w:val="18"/>
          <w:lang w:val="ru-RU"/>
        </w:rPr>
        <w:t>.</w:t>
      </w:r>
      <w:r>
        <w:rPr>
          <w:rFonts w:eastAsia="Calibri"/>
          <w:color w:val="5A6068"/>
          <w:sz w:val="18"/>
        </w:rPr>
        <w:t>com</w:t>
      </w:r>
      <w:r w:rsidRPr="006B5DFA">
        <w:rPr>
          <w:rFonts w:eastAsia="Calibri"/>
          <w:color w:val="5A6068"/>
          <w:sz w:val="18"/>
          <w:lang w:val="ru-RU"/>
        </w:rPr>
        <w:t xml:space="preserve"> | </w:t>
      </w:r>
      <w:r>
        <w:rPr>
          <w:rFonts w:eastAsia="Calibri"/>
          <w:color w:val="5A6068"/>
          <w:sz w:val="18"/>
        </w:rPr>
        <w:t>Telegram</w:t>
      </w:r>
      <w:r w:rsidRPr="006B5DFA">
        <w:rPr>
          <w:rFonts w:eastAsia="Calibri"/>
          <w:color w:val="5A6068"/>
          <w:sz w:val="18"/>
          <w:lang w:val="ru-RU"/>
        </w:rPr>
        <w:t>: @</w:t>
      </w:r>
      <w:proofErr w:type="spellStart"/>
      <w:r>
        <w:rPr>
          <w:rFonts w:eastAsia="Calibri"/>
          <w:color w:val="5A6068"/>
          <w:sz w:val="18"/>
        </w:rPr>
        <w:t>ikotow</w:t>
      </w:r>
      <w:proofErr w:type="spellEnd"/>
    </w:p>
    <w:p w14:paraId="0832D39E" w14:textId="77777777" w:rsidR="004A5B58" w:rsidRPr="006B5DFA" w:rsidRDefault="00000000">
      <w:pPr>
        <w:pStyle w:val="Contact"/>
        <w:rPr>
          <w:lang w:val="ru-RU"/>
        </w:rPr>
      </w:pPr>
      <w:r w:rsidRPr="006B5DFA">
        <w:rPr>
          <w:rFonts w:eastAsia="Calibri"/>
          <w:color w:val="5A6068"/>
          <w:sz w:val="18"/>
          <w:lang w:val="ru-RU"/>
        </w:rPr>
        <w:t>Казань | не готов к переезду, готов к командировкам | офис / удалённо / гибрид</w:t>
      </w:r>
    </w:p>
    <w:p w14:paraId="41E37C12" w14:textId="07128ABD" w:rsidR="004A5B58" w:rsidRPr="006B5DFA" w:rsidRDefault="00000000">
      <w:pPr>
        <w:pStyle w:val="Contact"/>
        <w:rPr>
          <w:lang w:val="ru-RU"/>
        </w:rPr>
      </w:pPr>
      <w:r>
        <w:rPr>
          <w:rFonts w:eastAsia="Calibri"/>
          <w:color w:val="5A6068"/>
          <w:sz w:val="18"/>
        </w:rPr>
        <w:t>Telegram</w:t>
      </w:r>
      <w:r w:rsidRPr="006B5DFA">
        <w:rPr>
          <w:rFonts w:eastAsia="Calibri"/>
          <w:color w:val="5A6068"/>
          <w:sz w:val="18"/>
          <w:lang w:val="ru-RU"/>
        </w:rPr>
        <w:t>-канал:</w:t>
      </w:r>
      <w:r w:rsidR="006B5DFA">
        <w:rPr>
          <w:rFonts w:eastAsia="Calibri"/>
          <w:color w:val="5A6068"/>
          <w:sz w:val="18"/>
          <w:lang w:val="ru-RU"/>
        </w:rPr>
        <w:t xml:space="preserve"> </w:t>
      </w:r>
      <w:r w:rsidR="006B5DFA" w:rsidRPr="006B5DFA">
        <w:rPr>
          <w:rFonts w:eastAsia="Calibri"/>
          <w:color w:val="5A6068"/>
          <w:sz w:val="18"/>
          <w:lang w:val="ru-RU"/>
        </w:rPr>
        <w:t>https://t.me/pastikotow</w:t>
      </w:r>
      <w:r w:rsidRPr="006B5DFA">
        <w:rPr>
          <w:rFonts w:eastAsia="Calibri"/>
          <w:color w:val="5A6068"/>
          <w:sz w:val="18"/>
          <w:lang w:val="ru-RU"/>
        </w:rPr>
        <w:t xml:space="preserve"> | 34 года (23.08.1992)</w:t>
      </w:r>
    </w:p>
    <w:p w14:paraId="4F1B9A8D" w14:textId="77777777" w:rsidR="004A5B58" w:rsidRPr="006B5DFA" w:rsidRDefault="00000000">
      <w:pPr>
        <w:pStyle w:val="1"/>
        <w:pBdr>
          <w:bottom w:val="single" w:sz="6" w:space="2" w:color="D9E2F3"/>
        </w:pBdr>
        <w:rPr>
          <w:lang w:val="ru-RU"/>
        </w:rPr>
      </w:pPr>
      <w:r w:rsidRPr="006B5DFA">
        <w:rPr>
          <w:rFonts w:ascii="Calibri" w:eastAsia="Calibri" w:hAnsi="Calibri"/>
          <w:lang w:val="ru-RU"/>
        </w:rPr>
        <w:t>ОБО МНЕ</w:t>
      </w:r>
    </w:p>
    <w:p w14:paraId="7104EF28" w14:textId="77777777" w:rsidR="004A5B58" w:rsidRPr="006B5DFA" w:rsidRDefault="00000000">
      <w:pPr>
        <w:pStyle w:val="ResumeBody"/>
        <w:rPr>
          <w:lang w:val="ru-RU"/>
        </w:rPr>
      </w:pPr>
      <w:r w:rsidRPr="006B5DFA">
        <w:rPr>
          <w:rFonts w:eastAsia="Calibri"/>
          <w:lang w:val="ru-RU"/>
        </w:rPr>
        <w:t xml:space="preserve">Руководитель бизнес-трансформации с 13+ годами опыта в </w:t>
      </w:r>
      <w:r>
        <w:rPr>
          <w:rFonts w:eastAsia="Calibri"/>
        </w:rPr>
        <w:t>IT</w:t>
      </w:r>
      <w:r w:rsidRPr="006B5DFA">
        <w:rPr>
          <w:rFonts w:eastAsia="Calibri"/>
          <w:lang w:val="ru-RU"/>
        </w:rPr>
        <w:t xml:space="preserve">: от управления проектами и создания </w:t>
      </w:r>
      <w:r>
        <w:rPr>
          <w:rFonts w:eastAsia="Calibri"/>
        </w:rPr>
        <w:t>PMO</w:t>
      </w:r>
      <w:r w:rsidRPr="006B5DFA">
        <w:rPr>
          <w:rFonts w:eastAsia="Calibri"/>
          <w:lang w:val="ru-RU"/>
        </w:rPr>
        <w:t xml:space="preserve"> до операционного управления компанией и внедрения </w:t>
      </w:r>
      <w:r>
        <w:rPr>
          <w:rFonts w:eastAsia="Calibri"/>
        </w:rPr>
        <w:t>AI</w:t>
      </w:r>
      <w:r w:rsidRPr="006B5DFA">
        <w:rPr>
          <w:rFonts w:eastAsia="Calibri"/>
          <w:lang w:val="ru-RU"/>
        </w:rPr>
        <w:t>-инструментов. Специализируюсь на диагностике сложных организационных систем, систематизации процессов, ролей, данных и корпоративных знаний, построении управленческих контуров и реализации изменений.</w:t>
      </w:r>
    </w:p>
    <w:p w14:paraId="6557CCDC" w14:textId="77777777" w:rsidR="004A5B58" w:rsidRPr="006B5DFA" w:rsidRDefault="00000000">
      <w:pPr>
        <w:pStyle w:val="ResumeBody"/>
        <w:rPr>
          <w:lang w:val="ru-RU"/>
        </w:rPr>
      </w:pPr>
      <w:r w:rsidRPr="006B5DFA">
        <w:rPr>
          <w:rFonts w:eastAsia="Calibri"/>
          <w:lang w:val="ru-RU"/>
        </w:rPr>
        <w:t xml:space="preserve">Сильная сторона - подготовка бизнеса к автоматизации и </w:t>
      </w:r>
      <w:r>
        <w:rPr>
          <w:rFonts w:eastAsia="Calibri"/>
        </w:rPr>
        <w:t>AI</w:t>
      </w:r>
      <w:r w:rsidRPr="006B5DFA">
        <w:rPr>
          <w:rFonts w:eastAsia="Calibri"/>
          <w:lang w:val="ru-RU"/>
        </w:rPr>
        <w:t xml:space="preserve">: определить реальную проблему, сформировать целевую модель, создать прозрачные правила и метрики, а затем выбрать и встроить технологический сценарий. Не позиционирую себя как </w:t>
      </w:r>
      <w:r>
        <w:rPr>
          <w:rFonts w:eastAsia="Calibri"/>
        </w:rPr>
        <w:t>ML</w:t>
      </w:r>
      <w:r w:rsidRPr="006B5DFA">
        <w:rPr>
          <w:rFonts w:eastAsia="Calibri"/>
          <w:lang w:val="ru-RU"/>
        </w:rPr>
        <w:t xml:space="preserve">-разработчика; соединяю бизнес, </w:t>
      </w:r>
      <w:r>
        <w:rPr>
          <w:rFonts w:eastAsia="Calibri"/>
        </w:rPr>
        <w:t>operations</w:t>
      </w:r>
      <w:r w:rsidRPr="006B5DFA">
        <w:rPr>
          <w:rFonts w:eastAsia="Calibri"/>
          <w:lang w:val="ru-RU"/>
        </w:rPr>
        <w:t xml:space="preserve"> и технологии и довожу изменения от диагностики до работающей практики.</w:t>
      </w:r>
    </w:p>
    <w:p w14:paraId="745B1386" w14:textId="77777777" w:rsidR="004A5B58" w:rsidRPr="006B5DFA" w:rsidRDefault="00000000">
      <w:pPr>
        <w:pStyle w:val="1"/>
        <w:pBdr>
          <w:bottom w:val="single" w:sz="6" w:space="2" w:color="D9E2F3"/>
        </w:pBdr>
        <w:rPr>
          <w:lang w:val="ru-RU"/>
        </w:rPr>
      </w:pPr>
      <w:r w:rsidRPr="006B5DFA">
        <w:rPr>
          <w:rFonts w:ascii="Calibri" w:eastAsia="Calibri" w:hAnsi="Calibri"/>
          <w:lang w:val="ru-RU"/>
        </w:rPr>
        <w:t>КЛЮЧЕВЫЕ РЕЗУЛЬТАТЫ</w:t>
      </w:r>
    </w:p>
    <w:p w14:paraId="6508E254" w14:textId="77777777" w:rsidR="004A5B58" w:rsidRPr="006B5DFA" w:rsidRDefault="00000000" w:rsidP="006B5DFA">
      <w:pPr>
        <w:pStyle w:val="ResumeBullet"/>
        <w:numPr>
          <w:ilvl w:val="0"/>
          <w:numId w:val="2"/>
        </w:numPr>
        <w:rPr>
          <w:lang w:val="ru-RU"/>
        </w:rPr>
      </w:pPr>
      <w:r w:rsidRPr="006B5DFA">
        <w:rPr>
          <w:rFonts w:eastAsia="Calibri"/>
          <w:lang w:val="ru-RU"/>
        </w:rPr>
        <w:t>Отвечал за выручку до 600 млн рублей и финансовый контур компании.</w:t>
      </w:r>
    </w:p>
    <w:p w14:paraId="20DFAB07" w14:textId="77777777" w:rsidR="004A5B58" w:rsidRPr="006B5DFA" w:rsidRDefault="00000000" w:rsidP="006B5DFA">
      <w:pPr>
        <w:pStyle w:val="ResumeBullet"/>
        <w:numPr>
          <w:ilvl w:val="0"/>
          <w:numId w:val="2"/>
        </w:numPr>
        <w:rPr>
          <w:lang w:val="ru-RU"/>
        </w:rPr>
      </w:pPr>
      <w:r w:rsidRPr="006B5DFA">
        <w:rPr>
          <w:rFonts w:eastAsia="Calibri"/>
          <w:lang w:val="ru-RU"/>
        </w:rPr>
        <w:t>Обеспечивал двукратный рост выручки год к году на протяжении 5 лет с сохранением целевой рентабельности.</w:t>
      </w:r>
    </w:p>
    <w:p w14:paraId="3FB0DE58" w14:textId="77777777" w:rsidR="004A5B58" w:rsidRPr="006B5DFA" w:rsidRDefault="00000000" w:rsidP="006B5DFA">
      <w:pPr>
        <w:pStyle w:val="ResumeBullet"/>
        <w:numPr>
          <w:ilvl w:val="0"/>
          <w:numId w:val="2"/>
        </w:numPr>
        <w:rPr>
          <w:lang w:val="ru-RU"/>
        </w:rPr>
      </w:pPr>
      <w:r w:rsidRPr="006B5DFA">
        <w:rPr>
          <w:rFonts w:eastAsia="Calibri"/>
          <w:lang w:val="ru-RU"/>
        </w:rPr>
        <w:t>Перестроил экономическую модель услуг и снизил коммерческую ставку на 15%.</w:t>
      </w:r>
    </w:p>
    <w:p w14:paraId="7F4EB5A6" w14:textId="6631F843" w:rsidR="004A5B58" w:rsidRPr="006B5DFA" w:rsidRDefault="00000000" w:rsidP="006B5DFA">
      <w:pPr>
        <w:pStyle w:val="ResumeBullet"/>
        <w:numPr>
          <w:ilvl w:val="0"/>
          <w:numId w:val="2"/>
        </w:numPr>
        <w:rPr>
          <w:lang w:val="ru-RU"/>
        </w:rPr>
      </w:pPr>
      <w:r w:rsidRPr="006B5DFA">
        <w:rPr>
          <w:rFonts w:eastAsia="Calibri"/>
          <w:lang w:val="ru-RU"/>
        </w:rPr>
        <w:t>Выстроил контур управления для 150+ человек; создал</w:t>
      </w:r>
      <w:r w:rsidR="006B5DFA">
        <w:rPr>
          <w:rFonts w:eastAsia="Calibri"/>
          <w:lang w:val="ru-RU"/>
        </w:rPr>
        <w:t xml:space="preserve"> </w:t>
      </w:r>
      <w:r>
        <w:rPr>
          <w:rFonts w:eastAsia="Calibri"/>
        </w:rPr>
        <w:t>SaaS</w:t>
      </w:r>
      <w:r w:rsidRPr="006B5DFA">
        <w:rPr>
          <w:rFonts w:eastAsia="Calibri"/>
          <w:lang w:val="ru-RU"/>
        </w:rPr>
        <w:t xml:space="preserve"> </w:t>
      </w:r>
      <w:proofErr w:type="spellStart"/>
      <w:r>
        <w:rPr>
          <w:rFonts w:eastAsia="Calibri"/>
        </w:rPr>
        <w:t>resourcer</w:t>
      </w:r>
      <w:proofErr w:type="spellEnd"/>
      <w:r w:rsidRPr="006B5DFA">
        <w:rPr>
          <w:rFonts w:eastAsia="Calibri"/>
          <w:lang w:val="ru-RU"/>
        </w:rPr>
        <w:t>.</w:t>
      </w:r>
      <w:r>
        <w:rPr>
          <w:rFonts w:eastAsia="Calibri"/>
        </w:rPr>
        <w:t>app</w:t>
      </w:r>
      <w:r w:rsidRPr="006B5DFA">
        <w:rPr>
          <w:rFonts w:eastAsia="Calibri"/>
          <w:lang w:val="ru-RU"/>
        </w:rPr>
        <w:t xml:space="preserve"> и внедрил его в 8 компаниях.</w:t>
      </w:r>
    </w:p>
    <w:p w14:paraId="099B9FCA" w14:textId="77777777" w:rsidR="004A5B58" w:rsidRPr="006B5DFA" w:rsidRDefault="00000000" w:rsidP="006B5DFA">
      <w:pPr>
        <w:pStyle w:val="ResumeBullet"/>
        <w:numPr>
          <w:ilvl w:val="0"/>
          <w:numId w:val="2"/>
        </w:numPr>
        <w:rPr>
          <w:lang w:val="ru-RU"/>
        </w:rPr>
      </w:pPr>
      <w:r w:rsidRPr="006B5DFA">
        <w:rPr>
          <w:rFonts w:eastAsia="Calibri"/>
          <w:lang w:val="ru-RU"/>
        </w:rPr>
        <w:t xml:space="preserve">Усилил с помощью </w:t>
      </w:r>
      <w:r>
        <w:rPr>
          <w:rFonts w:eastAsia="Calibri"/>
        </w:rPr>
        <w:t>AI</w:t>
      </w:r>
      <w:r w:rsidRPr="006B5DFA">
        <w:rPr>
          <w:rFonts w:eastAsia="Calibri"/>
          <w:lang w:val="ru-RU"/>
        </w:rPr>
        <w:t xml:space="preserve"> 10+ бизнес-процессов в разных компаниях; создавал внутренние </w:t>
      </w:r>
      <w:r>
        <w:rPr>
          <w:rFonts w:eastAsia="Calibri"/>
        </w:rPr>
        <w:t>AI</w:t>
      </w:r>
      <w:r w:rsidRPr="006B5DFA">
        <w:rPr>
          <w:rFonts w:eastAsia="Calibri"/>
          <w:lang w:val="ru-RU"/>
        </w:rPr>
        <w:t xml:space="preserve">-инструменты и работающий </w:t>
      </w:r>
      <w:r>
        <w:rPr>
          <w:rFonts w:eastAsia="Calibri"/>
        </w:rPr>
        <w:t>RAG</w:t>
      </w:r>
      <w:r w:rsidRPr="006B5DFA">
        <w:rPr>
          <w:rFonts w:eastAsia="Calibri"/>
          <w:lang w:val="ru-RU"/>
        </w:rPr>
        <w:t>.</w:t>
      </w:r>
    </w:p>
    <w:p w14:paraId="324DACE0" w14:textId="77777777" w:rsidR="004A5B58" w:rsidRPr="006B5DFA" w:rsidRDefault="00000000">
      <w:pPr>
        <w:pStyle w:val="1"/>
        <w:pBdr>
          <w:bottom w:val="single" w:sz="6" w:space="2" w:color="D9E2F3"/>
        </w:pBdr>
        <w:rPr>
          <w:lang w:val="ru-RU"/>
        </w:rPr>
      </w:pPr>
      <w:r w:rsidRPr="006B5DFA">
        <w:rPr>
          <w:rFonts w:ascii="Calibri" w:eastAsia="Calibri" w:hAnsi="Calibri"/>
          <w:lang w:val="ru-RU"/>
        </w:rPr>
        <w:t>КЛЮЧЕВЫЕ КОМПЕТЕНЦИИ</w:t>
      </w:r>
    </w:p>
    <w:p w14:paraId="68EDD275" w14:textId="77777777" w:rsidR="004A5B58" w:rsidRPr="006B5DFA" w:rsidRDefault="00000000" w:rsidP="006B5DFA">
      <w:pPr>
        <w:pStyle w:val="ResumeBullet"/>
        <w:numPr>
          <w:ilvl w:val="0"/>
          <w:numId w:val="3"/>
        </w:numPr>
        <w:rPr>
          <w:lang w:val="ru-RU"/>
        </w:rPr>
      </w:pPr>
      <w:r>
        <w:rPr>
          <w:rFonts w:eastAsia="Calibri"/>
        </w:rPr>
        <w:t>Business</w:t>
      </w:r>
      <w:r w:rsidRPr="006B5DFA">
        <w:rPr>
          <w:rFonts w:eastAsia="Calibri"/>
          <w:lang w:val="ru-RU"/>
        </w:rPr>
        <w:t xml:space="preserve"> </w:t>
      </w:r>
      <w:r>
        <w:rPr>
          <w:rFonts w:eastAsia="Calibri"/>
        </w:rPr>
        <w:t>transformation</w:t>
      </w:r>
      <w:r w:rsidRPr="006B5DFA">
        <w:rPr>
          <w:rFonts w:eastAsia="Calibri"/>
          <w:lang w:val="ru-RU"/>
        </w:rPr>
        <w:t xml:space="preserve"> и проектирование целевой операционной модели</w:t>
      </w:r>
    </w:p>
    <w:p w14:paraId="06AFBE7B" w14:textId="77777777" w:rsidR="004A5B58" w:rsidRPr="006B5DFA" w:rsidRDefault="00000000" w:rsidP="006B5DFA">
      <w:pPr>
        <w:pStyle w:val="ResumeBullet"/>
        <w:numPr>
          <w:ilvl w:val="0"/>
          <w:numId w:val="3"/>
        </w:numPr>
        <w:rPr>
          <w:lang w:val="ru-RU"/>
        </w:rPr>
      </w:pPr>
      <w:r w:rsidRPr="006B5DFA">
        <w:rPr>
          <w:rFonts w:eastAsia="Calibri"/>
          <w:lang w:val="ru-RU"/>
        </w:rPr>
        <w:t>Диагностика и систематизация бизнес-процессов</w:t>
      </w:r>
    </w:p>
    <w:p w14:paraId="1F2B1E59" w14:textId="77777777" w:rsidR="004A5B58" w:rsidRPr="006B5DFA" w:rsidRDefault="00000000" w:rsidP="006B5DFA">
      <w:pPr>
        <w:pStyle w:val="ResumeBullet"/>
        <w:numPr>
          <w:ilvl w:val="0"/>
          <w:numId w:val="3"/>
        </w:numPr>
        <w:rPr>
          <w:lang w:val="ru-RU"/>
        </w:rPr>
      </w:pPr>
      <w:r>
        <w:rPr>
          <w:rFonts w:eastAsia="Calibri"/>
        </w:rPr>
        <w:t>AI</w:t>
      </w:r>
      <w:r w:rsidRPr="006B5DFA">
        <w:rPr>
          <w:rFonts w:eastAsia="Calibri"/>
          <w:lang w:val="ru-RU"/>
        </w:rPr>
        <w:t xml:space="preserve"> </w:t>
      </w:r>
      <w:r>
        <w:rPr>
          <w:rFonts w:eastAsia="Calibri"/>
        </w:rPr>
        <w:t>readiness</w:t>
      </w:r>
      <w:r w:rsidRPr="006B5DFA">
        <w:rPr>
          <w:rFonts w:eastAsia="Calibri"/>
          <w:lang w:val="ru-RU"/>
        </w:rPr>
        <w:t>: процессы, данные, знания, доступы и безопасность</w:t>
      </w:r>
    </w:p>
    <w:p w14:paraId="5437EF82" w14:textId="77777777" w:rsidR="004A5B58" w:rsidRPr="006B5DFA" w:rsidRDefault="00000000" w:rsidP="006B5DFA">
      <w:pPr>
        <w:pStyle w:val="ResumeBullet"/>
        <w:numPr>
          <w:ilvl w:val="0"/>
          <w:numId w:val="3"/>
        </w:numPr>
        <w:rPr>
          <w:lang w:val="ru-RU"/>
        </w:rPr>
      </w:pPr>
      <w:r w:rsidRPr="006B5DFA">
        <w:rPr>
          <w:rFonts w:eastAsia="Calibri"/>
          <w:lang w:val="ru-RU"/>
        </w:rPr>
        <w:t xml:space="preserve">Автоматизация процессов и прикладные </w:t>
      </w:r>
      <w:r>
        <w:rPr>
          <w:rFonts w:eastAsia="Calibri"/>
        </w:rPr>
        <w:t>AI</w:t>
      </w:r>
      <w:r w:rsidRPr="006B5DFA">
        <w:rPr>
          <w:rFonts w:eastAsia="Calibri"/>
          <w:lang w:val="ru-RU"/>
        </w:rPr>
        <w:t>-сценарии</w:t>
      </w:r>
    </w:p>
    <w:p w14:paraId="00EC2A64" w14:textId="77777777" w:rsidR="004A5B58" w:rsidRPr="006B5DFA" w:rsidRDefault="00000000" w:rsidP="006B5DFA">
      <w:pPr>
        <w:pStyle w:val="ResumeBullet"/>
        <w:numPr>
          <w:ilvl w:val="0"/>
          <w:numId w:val="3"/>
        </w:numPr>
        <w:rPr>
          <w:lang w:val="ru-RU"/>
        </w:rPr>
      </w:pPr>
      <w:r>
        <w:rPr>
          <w:rFonts w:eastAsia="Calibri"/>
        </w:rPr>
        <w:t>Knowledge</w:t>
      </w:r>
      <w:r w:rsidRPr="006B5DFA">
        <w:rPr>
          <w:rFonts w:eastAsia="Calibri"/>
          <w:lang w:val="ru-RU"/>
        </w:rPr>
        <w:t xml:space="preserve"> </w:t>
      </w:r>
      <w:r>
        <w:rPr>
          <w:rFonts w:eastAsia="Calibri"/>
        </w:rPr>
        <w:t>management</w:t>
      </w:r>
      <w:r w:rsidRPr="006B5DFA">
        <w:rPr>
          <w:rFonts w:eastAsia="Calibri"/>
          <w:lang w:val="ru-RU"/>
        </w:rPr>
        <w:t xml:space="preserve">, </w:t>
      </w:r>
      <w:r>
        <w:rPr>
          <w:rFonts w:eastAsia="Calibri"/>
        </w:rPr>
        <w:t>RAG</w:t>
      </w:r>
      <w:r w:rsidRPr="006B5DFA">
        <w:rPr>
          <w:rFonts w:eastAsia="Calibri"/>
          <w:lang w:val="ru-RU"/>
        </w:rPr>
        <w:t xml:space="preserve"> и корпоративный поиск знаний</w:t>
      </w:r>
    </w:p>
    <w:p w14:paraId="7F2301D6" w14:textId="77777777" w:rsidR="004A5B58" w:rsidRPr="006B5DFA" w:rsidRDefault="00000000" w:rsidP="006B5DFA">
      <w:pPr>
        <w:pStyle w:val="ResumeBullet"/>
        <w:numPr>
          <w:ilvl w:val="0"/>
          <w:numId w:val="3"/>
        </w:numPr>
        <w:rPr>
          <w:lang w:val="ru-RU"/>
        </w:rPr>
      </w:pPr>
      <w:r w:rsidRPr="006B5DFA">
        <w:rPr>
          <w:rFonts w:eastAsia="Calibri"/>
          <w:lang w:val="ru-RU"/>
        </w:rPr>
        <w:t xml:space="preserve">Управленческие системы: стратегия, </w:t>
      </w:r>
      <w:r>
        <w:rPr>
          <w:rFonts w:eastAsia="Calibri"/>
        </w:rPr>
        <w:t>OKR</w:t>
      </w:r>
      <w:r w:rsidRPr="006B5DFA">
        <w:rPr>
          <w:rFonts w:eastAsia="Calibri"/>
          <w:lang w:val="ru-RU"/>
        </w:rPr>
        <w:t xml:space="preserve">, </w:t>
      </w:r>
      <w:r>
        <w:rPr>
          <w:rFonts w:eastAsia="Calibri"/>
        </w:rPr>
        <w:t>KPI</w:t>
      </w:r>
      <w:r w:rsidRPr="006B5DFA">
        <w:rPr>
          <w:rFonts w:eastAsia="Calibri"/>
          <w:lang w:val="ru-RU"/>
        </w:rPr>
        <w:t>, метрики и ритуалы</w:t>
      </w:r>
    </w:p>
    <w:p w14:paraId="7D0A61D4" w14:textId="77777777" w:rsidR="004A5B58" w:rsidRPr="006B5DFA" w:rsidRDefault="00000000" w:rsidP="006B5DFA">
      <w:pPr>
        <w:pStyle w:val="ResumeBullet"/>
        <w:numPr>
          <w:ilvl w:val="0"/>
          <w:numId w:val="3"/>
        </w:numPr>
        <w:rPr>
          <w:lang w:val="ru-RU"/>
        </w:rPr>
      </w:pPr>
      <w:r w:rsidRPr="006B5DFA">
        <w:rPr>
          <w:rFonts w:eastAsia="Calibri"/>
          <w:lang w:val="ru-RU"/>
        </w:rPr>
        <w:t xml:space="preserve">Финансовое управление: </w:t>
      </w:r>
      <w:r>
        <w:rPr>
          <w:rFonts w:eastAsia="Calibri"/>
        </w:rPr>
        <w:t>P</w:t>
      </w:r>
      <w:r w:rsidRPr="006B5DFA">
        <w:rPr>
          <w:rFonts w:eastAsia="Calibri"/>
          <w:lang w:val="ru-RU"/>
        </w:rPr>
        <w:t>&amp;</w:t>
      </w:r>
      <w:r>
        <w:rPr>
          <w:rFonts w:eastAsia="Calibri"/>
        </w:rPr>
        <w:t>L</w:t>
      </w:r>
      <w:r w:rsidRPr="006B5DFA">
        <w:rPr>
          <w:rFonts w:eastAsia="Calibri"/>
          <w:lang w:val="ru-RU"/>
        </w:rPr>
        <w:t xml:space="preserve">, </w:t>
      </w:r>
      <w:r>
        <w:rPr>
          <w:rFonts w:eastAsia="Calibri"/>
        </w:rPr>
        <w:t>Cash</w:t>
      </w:r>
      <w:r w:rsidRPr="006B5DFA">
        <w:rPr>
          <w:rFonts w:eastAsia="Calibri"/>
          <w:lang w:val="ru-RU"/>
        </w:rPr>
        <w:t xml:space="preserve"> </w:t>
      </w:r>
      <w:r>
        <w:rPr>
          <w:rFonts w:eastAsia="Calibri"/>
        </w:rPr>
        <w:t>Flow</w:t>
      </w:r>
      <w:r w:rsidRPr="006B5DFA">
        <w:rPr>
          <w:rFonts w:eastAsia="Calibri"/>
          <w:lang w:val="ru-RU"/>
        </w:rPr>
        <w:t>, бюджетирование, тарифы</w:t>
      </w:r>
    </w:p>
    <w:p w14:paraId="12580DC3" w14:textId="77777777" w:rsidR="004A5B58" w:rsidRPr="006B5DFA" w:rsidRDefault="00000000" w:rsidP="006B5DFA">
      <w:pPr>
        <w:pStyle w:val="ResumeBullet"/>
        <w:numPr>
          <w:ilvl w:val="0"/>
          <w:numId w:val="3"/>
        </w:numPr>
        <w:rPr>
          <w:lang w:val="ru-RU"/>
        </w:rPr>
      </w:pPr>
      <w:r>
        <w:rPr>
          <w:rFonts w:eastAsia="Calibri"/>
        </w:rPr>
        <w:t>PMO</w:t>
      </w:r>
      <w:r w:rsidRPr="006B5DFA">
        <w:rPr>
          <w:rFonts w:eastAsia="Calibri"/>
          <w:lang w:val="ru-RU"/>
        </w:rPr>
        <w:t xml:space="preserve">, портфель проектов, </w:t>
      </w:r>
      <w:r>
        <w:rPr>
          <w:rFonts w:eastAsia="Calibri"/>
        </w:rPr>
        <w:t>delivery</w:t>
      </w:r>
      <w:r w:rsidRPr="006B5DFA">
        <w:rPr>
          <w:rFonts w:eastAsia="Calibri"/>
          <w:lang w:val="ru-RU"/>
        </w:rPr>
        <w:t xml:space="preserve"> и ресурсное планирование</w:t>
      </w:r>
    </w:p>
    <w:p w14:paraId="57149C2C" w14:textId="77777777" w:rsidR="004A5B58" w:rsidRPr="006B5DFA" w:rsidRDefault="00000000" w:rsidP="006B5DFA">
      <w:pPr>
        <w:pStyle w:val="ResumeBullet"/>
        <w:numPr>
          <w:ilvl w:val="0"/>
          <w:numId w:val="3"/>
        </w:numPr>
        <w:rPr>
          <w:lang w:val="ru-RU"/>
        </w:rPr>
      </w:pPr>
      <w:r w:rsidRPr="006B5DFA">
        <w:rPr>
          <w:rFonts w:eastAsia="Calibri"/>
          <w:lang w:val="ru-RU"/>
        </w:rPr>
        <w:t>Управление изменениями и кросс-функциональное взаимодействие</w:t>
      </w:r>
    </w:p>
    <w:p w14:paraId="4CB835E0" w14:textId="77777777" w:rsidR="004A5B58" w:rsidRPr="006B5DFA" w:rsidRDefault="00000000" w:rsidP="006B5DFA">
      <w:pPr>
        <w:pStyle w:val="ResumeBullet"/>
        <w:numPr>
          <w:ilvl w:val="0"/>
          <w:numId w:val="3"/>
        </w:numPr>
        <w:rPr>
          <w:lang w:val="ru-RU"/>
        </w:rPr>
      </w:pPr>
      <w:r>
        <w:rPr>
          <w:rFonts w:eastAsia="Calibri"/>
        </w:rPr>
        <w:t>Product</w:t>
      </w:r>
      <w:r w:rsidRPr="006B5DFA">
        <w:rPr>
          <w:rFonts w:eastAsia="Calibri"/>
          <w:lang w:val="ru-RU"/>
        </w:rPr>
        <w:t xml:space="preserve"> </w:t>
      </w:r>
      <w:r>
        <w:rPr>
          <w:rFonts w:eastAsia="Calibri"/>
        </w:rPr>
        <w:t>ownership</w:t>
      </w:r>
      <w:r w:rsidRPr="006B5DFA">
        <w:rPr>
          <w:rFonts w:eastAsia="Calibri"/>
          <w:lang w:val="ru-RU"/>
        </w:rPr>
        <w:t xml:space="preserve"> внутренних цифровых инструментов</w:t>
      </w:r>
    </w:p>
    <w:p w14:paraId="51F7AFCF" w14:textId="77777777" w:rsidR="004A5B58" w:rsidRPr="006B5DFA" w:rsidRDefault="00000000">
      <w:pPr>
        <w:pStyle w:val="1"/>
        <w:pBdr>
          <w:bottom w:val="single" w:sz="6" w:space="2" w:color="D9E2F3"/>
        </w:pBdr>
        <w:rPr>
          <w:lang w:val="ru-RU"/>
        </w:rPr>
      </w:pPr>
      <w:r w:rsidRPr="006B5DFA">
        <w:rPr>
          <w:rFonts w:ascii="Calibri" w:eastAsia="Calibri" w:hAnsi="Calibri"/>
          <w:lang w:val="ru-RU"/>
        </w:rPr>
        <w:t>ОПЫТ РАБОТЫ</w:t>
      </w:r>
    </w:p>
    <w:p w14:paraId="26208572" w14:textId="77777777" w:rsidR="004A5B58" w:rsidRPr="006B5DFA" w:rsidRDefault="00000000">
      <w:pPr>
        <w:pStyle w:val="Employer"/>
        <w:keepNext/>
        <w:rPr>
          <w:lang w:val="ru-RU"/>
        </w:rPr>
      </w:pPr>
      <w:r>
        <w:rPr>
          <w:rFonts w:eastAsia="Calibri"/>
          <w:b/>
          <w:color w:val="1F4D78"/>
          <w:sz w:val="22"/>
        </w:rPr>
        <w:t>AYA</w:t>
      </w:r>
      <w:r w:rsidRPr="006B5DFA">
        <w:rPr>
          <w:rFonts w:eastAsia="Calibri"/>
          <w:b/>
          <w:color w:val="1F4D78"/>
          <w:sz w:val="22"/>
          <w:lang w:val="ru-RU"/>
        </w:rPr>
        <w:t xml:space="preserve"> </w:t>
      </w:r>
      <w:r>
        <w:rPr>
          <w:rFonts w:eastAsia="Calibri"/>
          <w:b/>
          <w:color w:val="1F4D78"/>
          <w:sz w:val="22"/>
        </w:rPr>
        <w:t>Group</w:t>
      </w:r>
      <w:r w:rsidRPr="006B5DFA">
        <w:rPr>
          <w:rFonts w:eastAsia="Calibri"/>
          <w:color w:val="5A6068"/>
          <w:sz w:val="18"/>
          <w:lang w:val="ru-RU"/>
        </w:rPr>
        <w:t xml:space="preserve"> | Казань</w:t>
      </w:r>
      <w:r w:rsidRPr="006B5DFA">
        <w:rPr>
          <w:rFonts w:eastAsia="Calibri"/>
          <w:b/>
          <w:color w:val="5A6068"/>
          <w:sz w:val="19"/>
          <w:lang w:val="ru-RU"/>
        </w:rPr>
        <w:tab/>
        <w:t>Март 2026 - Июль 2026</w:t>
      </w:r>
    </w:p>
    <w:p w14:paraId="48AC39CF" w14:textId="77777777" w:rsidR="004A5B58" w:rsidRPr="006B5DFA" w:rsidRDefault="00000000">
      <w:pPr>
        <w:pStyle w:val="RoleTitle"/>
        <w:keepNext/>
        <w:rPr>
          <w:lang w:val="ru-RU"/>
        </w:rPr>
      </w:pPr>
      <w:r w:rsidRPr="006B5DFA">
        <w:rPr>
          <w:rFonts w:eastAsia="Calibri"/>
          <w:b/>
          <w:sz w:val="21"/>
          <w:lang w:val="ru-RU"/>
        </w:rPr>
        <w:t>Операционный директор в ИИ</w:t>
      </w:r>
    </w:p>
    <w:p w14:paraId="12329A69" w14:textId="77777777" w:rsidR="004A5B58" w:rsidRPr="006B5DFA" w:rsidRDefault="00000000">
      <w:pPr>
        <w:pStyle w:val="ResumeBody"/>
        <w:rPr>
          <w:lang w:val="ru-RU"/>
        </w:rPr>
      </w:pPr>
      <w:r w:rsidRPr="006B5DFA">
        <w:rPr>
          <w:rFonts w:eastAsia="Calibri"/>
          <w:lang w:val="ru-RU"/>
        </w:rPr>
        <w:t xml:space="preserve">Отвечал за поиск и внедрение прикладных </w:t>
      </w:r>
      <w:r>
        <w:rPr>
          <w:rFonts w:eastAsia="Calibri"/>
        </w:rPr>
        <w:t>AI</w:t>
      </w:r>
      <w:r w:rsidRPr="006B5DFA">
        <w:rPr>
          <w:rFonts w:eastAsia="Calibri"/>
          <w:lang w:val="ru-RU"/>
        </w:rPr>
        <w:t>-сценариев: начинал с анализа текущих процессов и ограничений, затем проектировал инструменты и встраивал их в работу компании.</w:t>
      </w:r>
    </w:p>
    <w:p w14:paraId="3A5A6A50" w14:textId="77777777" w:rsidR="004A5B58" w:rsidRPr="006B5DFA" w:rsidRDefault="00000000" w:rsidP="006B5DFA">
      <w:pPr>
        <w:pStyle w:val="ResumeBullet"/>
        <w:numPr>
          <w:ilvl w:val="0"/>
          <w:numId w:val="4"/>
        </w:numPr>
        <w:rPr>
          <w:lang w:val="ru-RU"/>
        </w:rPr>
      </w:pPr>
      <w:r w:rsidRPr="006B5DFA">
        <w:rPr>
          <w:rFonts w:eastAsia="Calibri"/>
          <w:lang w:val="ru-RU"/>
        </w:rPr>
        <w:lastRenderedPageBreak/>
        <w:t xml:space="preserve">Внедрил </w:t>
      </w:r>
      <w:r>
        <w:rPr>
          <w:rFonts w:eastAsia="Calibri"/>
        </w:rPr>
        <w:t>AI</w:t>
      </w:r>
      <w:r w:rsidRPr="006B5DFA">
        <w:rPr>
          <w:rFonts w:eastAsia="Calibri"/>
          <w:lang w:val="ru-RU"/>
        </w:rPr>
        <w:t xml:space="preserve"> в 3 ключевых бизнес-процесса компании.</w:t>
      </w:r>
    </w:p>
    <w:p w14:paraId="39AD536F" w14:textId="77777777" w:rsidR="004A5B58" w:rsidRPr="006B5DFA" w:rsidRDefault="00000000" w:rsidP="006B5DFA">
      <w:pPr>
        <w:pStyle w:val="ResumeBullet"/>
        <w:numPr>
          <w:ilvl w:val="0"/>
          <w:numId w:val="4"/>
        </w:numPr>
        <w:rPr>
          <w:lang w:val="ru-RU"/>
        </w:rPr>
      </w:pPr>
      <w:r w:rsidRPr="006B5DFA">
        <w:rPr>
          <w:rFonts w:eastAsia="Calibri"/>
          <w:lang w:val="ru-RU"/>
        </w:rPr>
        <w:t xml:space="preserve">Разработал внутренние </w:t>
      </w:r>
      <w:r>
        <w:rPr>
          <w:rFonts w:eastAsia="Calibri"/>
        </w:rPr>
        <w:t>AI</w:t>
      </w:r>
      <w:r w:rsidRPr="006B5DFA">
        <w:rPr>
          <w:rFonts w:eastAsia="Calibri"/>
          <w:lang w:val="ru-RU"/>
        </w:rPr>
        <w:t xml:space="preserve">-инструменты с использованием </w:t>
      </w:r>
      <w:r>
        <w:rPr>
          <w:rFonts w:eastAsia="Calibri"/>
        </w:rPr>
        <w:t>Claude</w:t>
      </w:r>
      <w:r w:rsidRPr="006B5DFA">
        <w:rPr>
          <w:rFonts w:eastAsia="Calibri"/>
          <w:lang w:val="ru-RU"/>
        </w:rPr>
        <w:t xml:space="preserve"> </w:t>
      </w:r>
      <w:r>
        <w:rPr>
          <w:rFonts w:eastAsia="Calibri"/>
        </w:rPr>
        <w:t>Code</w:t>
      </w:r>
      <w:r w:rsidRPr="006B5DFA">
        <w:rPr>
          <w:rFonts w:eastAsia="Calibri"/>
          <w:lang w:val="ru-RU"/>
        </w:rPr>
        <w:t>.</w:t>
      </w:r>
    </w:p>
    <w:p w14:paraId="49669108" w14:textId="77777777" w:rsidR="004A5B58" w:rsidRPr="006B5DFA" w:rsidRDefault="00000000" w:rsidP="006B5DFA">
      <w:pPr>
        <w:pStyle w:val="ResumeBullet"/>
        <w:numPr>
          <w:ilvl w:val="0"/>
          <w:numId w:val="4"/>
        </w:numPr>
        <w:rPr>
          <w:lang w:val="ru-RU"/>
        </w:rPr>
      </w:pPr>
      <w:r w:rsidRPr="006B5DFA">
        <w:rPr>
          <w:rFonts w:eastAsia="Calibri"/>
          <w:lang w:val="ru-RU"/>
        </w:rPr>
        <w:t xml:space="preserve">Создал и запустил работающий </w:t>
      </w:r>
      <w:r>
        <w:rPr>
          <w:rFonts w:eastAsia="Calibri"/>
        </w:rPr>
        <w:t>RAG</w:t>
      </w:r>
      <w:r w:rsidRPr="006B5DFA">
        <w:rPr>
          <w:rFonts w:eastAsia="Calibri"/>
          <w:lang w:val="ru-RU"/>
        </w:rPr>
        <w:t xml:space="preserve"> для поиска по корпоративной информации.</w:t>
      </w:r>
    </w:p>
    <w:p w14:paraId="7ED6B339" w14:textId="77777777" w:rsidR="004A5B58" w:rsidRPr="006B5DFA" w:rsidRDefault="00000000" w:rsidP="006B5DFA">
      <w:pPr>
        <w:pStyle w:val="ResumeBullet"/>
        <w:numPr>
          <w:ilvl w:val="0"/>
          <w:numId w:val="4"/>
        </w:numPr>
        <w:rPr>
          <w:lang w:val="ru-RU"/>
        </w:rPr>
      </w:pPr>
      <w:r w:rsidRPr="006B5DFA">
        <w:rPr>
          <w:rFonts w:eastAsia="Calibri"/>
          <w:lang w:val="ru-RU"/>
        </w:rPr>
        <w:t>Применял облачные и локальные модели с учётом требований к конфиденциальности данных.</w:t>
      </w:r>
    </w:p>
    <w:p w14:paraId="0DA69150" w14:textId="77777777" w:rsidR="004A5B58" w:rsidRPr="006B5DFA" w:rsidRDefault="00000000">
      <w:pPr>
        <w:pStyle w:val="Employer"/>
        <w:keepNext/>
        <w:rPr>
          <w:lang w:val="ru-RU"/>
        </w:rPr>
      </w:pPr>
      <w:proofErr w:type="spellStart"/>
      <w:r>
        <w:rPr>
          <w:rFonts w:eastAsia="Calibri"/>
          <w:b/>
          <w:color w:val="1F4D78"/>
          <w:sz w:val="22"/>
        </w:rPr>
        <w:t>coMind</w:t>
      </w:r>
      <w:proofErr w:type="spellEnd"/>
      <w:r w:rsidRPr="006B5DFA">
        <w:rPr>
          <w:rFonts w:eastAsia="Calibri"/>
          <w:color w:val="5A6068"/>
          <w:sz w:val="18"/>
          <w:lang w:val="ru-RU"/>
        </w:rPr>
        <w:t xml:space="preserve"> | Москва | </w:t>
      </w:r>
      <w:proofErr w:type="spellStart"/>
      <w:r>
        <w:rPr>
          <w:rFonts w:eastAsia="Calibri"/>
          <w:color w:val="5A6068"/>
          <w:sz w:val="18"/>
        </w:rPr>
        <w:t>comind</w:t>
      </w:r>
      <w:proofErr w:type="spellEnd"/>
      <w:r w:rsidRPr="006B5DFA">
        <w:rPr>
          <w:rFonts w:eastAsia="Calibri"/>
          <w:color w:val="5A6068"/>
          <w:sz w:val="18"/>
          <w:lang w:val="ru-RU"/>
        </w:rPr>
        <w:t>.</w:t>
      </w:r>
      <w:r>
        <w:rPr>
          <w:rFonts w:eastAsia="Calibri"/>
          <w:color w:val="5A6068"/>
          <w:sz w:val="18"/>
        </w:rPr>
        <w:t>space</w:t>
      </w:r>
      <w:r w:rsidRPr="006B5DFA">
        <w:rPr>
          <w:rFonts w:eastAsia="Calibri"/>
          <w:b/>
          <w:color w:val="5A6068"/>
          <w:sz w:val="19"/>
          <w:lang w:val="ru-RU"/>
        </w:rPr>
        <w:tab/>
        <w:t>Декабрь 2025 - Март 2026</w:t>
      </w:r>
    </w:p>
    <w:p w14:paraId="4A216A6D" w14:textId="77777777" w:rsidR="004A5B58" w:rsidRPr="006B5DFA" w:rsidRDefault="00000000">
      <w:pPr>
        <w:pStyle w:val="RoleTitle"/>
        <w:keepNext/>
        <w:rPr>
          <w:lang w:val="ru-RU"/>
        </w:rPr>
      </w:pPr>
      <w:r w:rsidRPr="006B5DFA">
        <w:rPr>
          <w:rFonts w:eastAsia="Calibri"/>
          <w:b/>
          <w:sz w:val="21"/>
          <w:lang w:val="ru-RU"/>
        </w:rPr>
        <w:t>Операционный директор (</w:t>
      </w:r>
      <w:r>
        <w:rPr>
          <w:rFonts w:eastAsia="Calibri"/>
          <w:b/>
          <w:sz w:val="21"/>
        </w:rPr>
        <w:t>COO</w:t>
      </w:r>
      <w:r w:rsidRPr="006B5DFA">
        <w:rPr>
          <w:rFonts w:eastAsia="Calibri"/>
          <w:b/>
          <w:sz w:val="21"/>
          <w:lang w:val="ru-RU"/>
        </w:rPr>
        <w:t>)</w:t>
      </w:r>
    </w:p>
    <w:p w14:paraId="7EFCB28F" w14:textId="77777777" w:rsidR="004A5B58" w:rsidRPr="006B5DFA" w:rsidRDefault="00000000">
      <w:pPr>
        <w:pStyle w:val="ResumeBody"/>
        <w:rPr>
          <w:lang w:val="ru-RU"/>
        </w:rPr>
      </w:pPr>
      <w:r w:rsidRPr="006B5DFA">
        <w:rPr>
          <w:rFonts w:eastAsia="Calibri"/>
          <w:lang w:val="ru-RU"/>
        </w:rPr>
        <w:t xml:space="preserve">Подготовил всю управленческую структуру компании к </w:t>
      </w:r>
      <w:r>
        <w:rPr>
          <w:rFonts w:eastAsia="Calibri"/>
        </w:rPr>
        <w:t>AI</w:t>
      </w:r>
      <w:r w:rsidRPr="006B5DFA">
        <w:rPr>
          <w:rFonts w:eastAsia="Calibri"/>
          <w:lang w:val="ru-RU"/>
        </w:rPr>
        <w:t>-</w:t>
      </w:r>
      <w:r>
        <w:rPr>
          <w:rFonts w:eastAsia="Calibri"/>
        </w:rPr>
        <w:t>native</w:t>
      </w:r>
      <w:r w:rsidRPr="006B5DFA">
        <w:rPr>
          <w:rFonts w:eastAsia="Calibri"/>
          <w:lang w:val="ru-RU"/>
        </w:rPr>
        <w:t xml:space="preserve"> подходу: связал финансовые данные, портфель проектов, роли и регулярный менеджмент в единую систему принятия решений, на которую можно последовательно накладывать </w:t>
      </w:r>
      <w:r>
        <w:rPr>
          <w:rFonts w:eastAsia="Calibri"/>
        </w:rPr>
        <w:t>AI</w:t>
      </w:r>
      <w:r w:rsidRPr="006B5DFA">
        <w:rPr>
          <w:rFonts w:eastAsia="Calibri"/>
          <w:lang w:val="ru-RU"/>
        </w:rPr>
        <w:t>-сценарии.</w:t>
      </w:r>
    </w:p>
    <w:p w14:paraId="3F5B056B" w14:textId="77777777" w:rsidR="004A5B58" w:rsidRPr="006B5DFA" w:rsidRDefault="00000000" w:rsidP="006B5DFA">
      <w:pPr>
        <w:pStyle w:val="ResumeBullet"/>
        <w:numPr>
          <w:ilvl w:val="0"/>
          <w:numId w:val="5"/>
        </w:numPr>
        <w:rPr>
          <w:lang w:val="ru-RU"/>
        </w:rPr>
      </w:pPr>
      <w:r w:rsidRPr="006B5DFA">
        <w:rPr>
          <w:rFonts w:eastAsia="Calibri"/>
          <w:lang w:val="ru-RU"/>
        </w:rPr>
        <w:t>Внедрил инструменты контроля проектов и портфеля проектов.</w:t>
      </w:r>
    </w:p>
    <w:p w14:paraId="21EBC240" w14:textId="77777777" w:rsidR="004A5B58" w:rsidRPr="006B5DFA" w:rsidRDefault="00000000" w:rsidP="006B5DFA">
      <w:pPr>
        <w:pStyle w:val="ResumeBullet"/>
        <w:numPr>
          <w:ilvl w:val="0"/>
          <w:numId w:val="5"/>
        </w:numPr>
        <w:rPr>
          <w:lang w:val="ru-RU"/>
        </w:rPr>
      </w:pPr>
      <w:r w:rsidRPr="006B5DFA">
        <w:rPr>
          <w:rFonts w:eastAsia="Calibri"/>
          <w:lang w:val="ru-RU"/>
        </w:rPr>
        <w:t xml:space="preserve">Пересобрал финансовый учёт: бюджетирование, тарифы, </w:t>
      </w:r>
      <w:r>
        <w:rPr>
          <w:rFonts w:eastAsia="Calibri"/>
        </w:rPr>
        <w:t>P</w:t>
      </w:r>
      <w:r w:rsidRPr="006B5DFA">
        <w:rPr>
          <w:rFonts w:eastAsia="Calibri"/>
          <w:lang w:val="ru-RU"/>
        </w:rPr>
        <w:t>&amp;</w:t>
      </w:r>
      <w:r>
        <w:rPr>
          <w:rFonts w:eastAsia="Calibri"/>
        </w:rPr>
        <w:t>L</w:t>
      </w:r>
      <w:r w:rsidRPr="006B5DFA">
        <w:rPr>
          <w:rFonts w:eastAsia="Calibri"/>
          <w:lang w:val="ru-RU"/>
        </w:rPr>
        <w:t xml:space="preserve"> и </w:t>
      </w:r>
      <w:r>
        <w:rPr>
          <w:rFonts w:eastAsia="Calibri"/>
        </w:rPr>
        <w:t>Cash</w:t>
      </w:r>
      <w:r w:rsidRPr="006B5DFA">
        <w:rPr>
          <w:rFonts w:eastAsia="Calibri"/>
          <w:lang w:val="ru-RU"/>
        </w:rPr>
        <w:t xml:space="preserve"> </w:t>
      </w:r>
      <w:r>
        <w:rPr>
          <w:rFonts w:eastAsia="Calibri"/>
        </w:rPr>
        <w:t>Flow</w:t>
      </w:r>
      <w:r w:rsidRPr="006B5DFA">
        <w:rPr>
          <w:rFonts w:eastAsia="Calibri"/>
          <w:lang w:val="ru-RU"/>
        </w:rPr>
        <w:t>.</w:t>
      </w:r>
    </w:p>
    <w:p w14:paraId="6C87C5B3" w14:textId="77777777" w:rsidR="004A5B58" w:rsidRPr="006B5DFA" w:rsidRDefault="00000000" w:rsidP="006B5DFA">
      <w:pPr>
        <w:pStyle w:val="ResumeBullet"/>
        <w:numPr>
          <w:ilvl w:val="0"/>
          <w:numId w:val="5"/>
        </w:numPr>
        <w:rPr>
          <w:lang w:val="ru-RU"/>
        </w:rPr>
      </w:pPr>
      <w:r w:rsidRPr="006B5DFA">
        <w:rPr>
          <w:rFonts w:eastAsia="Calibri"/>
          <w:lang w:val="ru-RU"/>
        </w:rPr>
        <w:t>Создал регулярные управленческие ритуалы и прозрачный цикл контроля исполнения.</w:t>
      </w:r>
    </w:p>
    <w:p w14:paraId="2FB84390" w14:textId="77777777" w:rsidR="004A5B58" w:rsidRPr="006B5DFA" w:rsidRDefault="00000000" w:rsidP="006B5DFA">
      <w:pPr>
        <w:pStyle w:val="ResumeBullet"/>
        <w:numPr>
          <w:ilvl w:val="0"/>
          <w:numId w:val="5"/>
        </w:numPr>
        <w:rPr>
          <w:lang w:val="ru-RU"/>
        </w:rPr>
      </w:pPr>
      <w:r w:rsidRPr="006B5DFA">
        <w:rPr>
          <w:rFonts w:eastAsia="Calibri"/>
          <w:lang w:val="ru-RU"/>
        </w:rPr>
        <w:t xml:space="preserve">Определил ключевые роли и модель взаимодействия </w:t>
      </w:r>
      <w:r>
        <w:rPr>
          <w:rFonts w:eastAsia="Calibri"/>
        </w:rPr>
        <w:t>Sales</w:t>
      </w:r>
      <w:r w:rsidRPr="006B5DFA">
        <w:rPr>
          <w:rFonts w:eastAsia="Calibri"/>
          <w:lang w:val="ru-RU"/>
        </w:rPr>
        <w:t xml:space="preserve"> -&gt; </w:t>
      </w:r>
      <w:r>
        <w:rPr>
          <w:rFonts w:eastAsia="Calibri"/>
        </w:rPr>
        <w:t>Delivery</w:t>
      </w:r>
      <w:r w:rsidRPr="006B5DFA">
        <w:rPr>
          <w:rFonts w:eastAsia="Calibri"/>
          <w:lang w:val="ru-RU"/>
        </w:rPr>
        <w:t>.</w:t>
      </w:r>
    </w:p>
    <w:p w14:paraId="4B04B591" w14:textId="77777777" w:rsidR="004A5B58" w:rsidRPr="006B5DFA" w:rsidRDefault="00000000" w:rsidP="006B5DFA">
      <w:pPr>
        <w:pStyle w:val="ResumeBullet"/>
        <w:numPr>
          <w:ilvl w:val="0"/>
          <w:numId w:val="5"/>
        </w:numPr>
        <w:rPr>
          <w:lang w:val="ru-RU"/>
        </w:rPr>
      </w:pPr>
      <w:r w:rsidRPr="006B5DFA">
        <w:rPr>
          <w:rFonts w:eastAsia="Calibri"/>
          <w:lang w:val="ru-RU"/>
        </w:rPr>
        <w:t xml:space="preserve">Встроил </w:t>
      </w:r>
      <w:r>
        <w:rPr>
          <w:rFonts w:eastAsia="Calibri"/>
        </w:rPr>
        <w:t>AI</w:t>
      </w:r>
      <w:r w:rsidRPr="006B5DFA">
        <w:rPr>
          <w:rFonts w:eastAsia="Calibri"/>
          <w:lang w:val="ru-RU"/>
        </w:rPr>
        <w:t xml:space="preserve">-агентов в анализ данных и подготовку отчётности как первый прикладной слой </w:t>
      </w:r>
      <w:r>
        <w:rPr>
          <w:rFonts w:eastAsia="Calibri"/>
        </w:rPr>
        <w:t>AI</w:t>
      </w:r>
      <w:r w:rsidRPr="006B5DFA">
        <w:rPr>
          <w:rFonts w:eastAsia="Calibri"/>
          <w:lang w:val="ru-RU"/>
        </w:rPr>
        <w:t>-</w:t>
      </w:r>
      <w:r>
        <w:rPr>
          <w:rFonts w:eastAsia="Calibri"/>
        </w:rPr>
        <w:t>native</w:t>
      </w:r>
      <w:r w:rsidRPr="006B5DFA">
        <w:rPr>
          <w:rFonts w:eastAsia="Calibri"/>
          <w:lang w:val="ru-RU"/>
        </w:rPr>
        <w:t xml:space="preserve"> модели управления.</w:t>
      </w:r>
    </w:p>
    <w:p w14:paraId="0EB655BE" w14:textId="77777777" w:rsidR="004A5B58" w:rsidRPr="006B5DFA" w:rsidRDefault="00000000">
      <w:pPr>
        <w:pStyle w:val="Employer"/>
        <w:keepNext/>
        <w:rPr>
          <w:lang w:val="ru-RU"/>
        </w:rPr>
      </w:pPr>
      <w:r w:rsidRPr="006B5DFA">
        <w:rPr>
          <w:rFonts w:eastAsia="Calibri"/>
          <w:b/>
          <w:color w:val="1F4D78"/>
          <w:sz w:val="22"/>
          <w:lang w:val="ru-RU"/>
        </w:rPr>
        <w:t>Технократия</w:t>
      </w:r>
      <w:r w:rsidRPr="006B5DFA">
        <w:rPr>
          <w:rFonts w:eastAsia="Calibri"/>
          <w:color w:val="5A6068"/>
          <w:sz w:val="18"/>
          <w:lang w:val="ru-RU"/>
        </w:rPr>
        <w:t xml:space="preserve"> | </w:t>
      </w:r>
      <w:proofErr w:type="spellStart"/>
      <w:r>
        <w:rPr>
          <w:rFonts w:eastAsia="Calibri"/>
          <w:color w:val="5A6068"/>
          <w:sz w:val="18"/>
        </w:rPr>
        <w:t>technokratos</w:t>
      </w:r>
      <w:proofErr w:type="spellEnd"/>
      <w:r w:rsidRPr="006B5DFA">
        <w:rPr>
          <w:rFonts w:eastAsia="Calibri"/>
          <w:color w:val="5A6068"/>
          <w:sz w:val="18"/>
          <w:lang w:val="ru-RU"/>
        </w:rPr>
        <w:t>.</w:t>
      </w:r>
      <w:r>
        <w:rPr>
          <w:rFonts w:eastAsia="Calibri"/>
          <w:color w:val="5A6068"/>
          <w:sz w:val="18"/>
        </w:rPr>
        <w:t>com</w:t>
      </w:r>
      <w:r w:rsidRPr="006B5DFA">
        <w:rPr>
          <w:rFonts w:eastAsia="Calibri"/>
          <w:b/>
          <w:color w:val="5A6068"/>
          <w:sz w:val="19"/>
          <w:lang w:val="ru-RU"/>
        </w:rPr>
        <w:tab/>
        <w:t>Июль 2023 - Август 2025</w:t>
      </w:r>
    </w:p>
    <w:p w14:paraId="04041A3E" w14:textId="77777777" w:rsidR="004A5B58" w:rsidRPr="006B5DFA" w:rsidRDefault="00000000">
      <w:pPr>
        <w:pStyle w:val="RoleTitle"/>
        <w:keepNext/>
        <w:rPr>
          <w:lang w:val="ru-RU"/>
        </w:rPr>
      </w:pPr>
      <w:r w:rsidRPr="006B5DFA">
        <w:rPr>
          <w:rFonts w:eastAsia="Calibri"/>
          <w:b/>
          <w:sz w:val="21"/>
          <w:lang w:val="ru-RU"/>
        </w:rPr>
        <w:t>Операционный директор (</w:t>
      </w:r>
      <w:r>
        <w:rPr>
          <w:rFonts w:eastAsia="Calibri"/>
          <w:b/>
          <w:sz w:val="21"/>
        </w:rPr>
        <w:t>COO</w:t>
      </w:r>
      <w:r w:rsidRPr="006B5DFA">
        <w:rPr>
          <w:rFonts w:eastAsia="Calibri"/>
          <w:b/>
          <w:sz w:val="21"/>
          <w:lang w:val="ru-RU"/>
        </w:rPr>
        <w:t>)</w:t>
      </w:r>
    </w:p>
    <w:p w14:paraId="2C6F6330" w14:textId="77777777" w:rsidR="004A5B58" w:rsidRPr="006B5DFA" w:rsidRDefault="00000000">
      <w:pPr>
        <w:pStyle w:val="ResumeBody"/>
        <w:rPr>
          <w:lang w:val="ru-RU"/>
        </w:rPr>
      </w:pPr>
      <w:r w:rsidRPr="006B5DFA">
        <w:rPr>
          <w:rFonts w:eastAsia="Calibri"/>
          <w:lang w:val="ru-RU"/>
        </w:rPr>
        <w:t xml:space="preserve">Управлял операционной системой </w:t>
      </w:r>
      <w:r>
        <w:rPr>
          <w:rFonts w:eastAsia="Calibri"/>
        </w:rPr>
        <w:t>IT</w:t>
      </w:r>
      <w:r w:rsidRPr="006B5DFA">
        <w:rPr>
          <w:rFonts w:eastAsia="Calibri"/>
          <w:lang w:val="ru-RU"/>
        </w:rPr>
        <w:t xml:space="preserve">-компании численностью 100+ человек и выручкой до 600 млн рублей. Отвечал за стратегию и её реализацию, </w:t>
      </w:r>
      <w:r>
        <w:rPr>
          <w:rFonts w:eastAsia="Calibri"/>
        </w:rPr>
        <w:t>P</w:t>
      </w:r>
      <w:r w:rsidRPr="006B5DFA">
        <w:rPr>
          <w:rFonts w:eastAsia="Calibri"/>
          <w:lang w:val="ru-RU"/>
        </w:rPr>
        <w:t>&amp;</w:t>
      </w:r>
      <w:r>
        <w:rPr>
          <w:rFonts w:eastAsia="Calibri"/>
        </w:rPr>
        <w:t>L</w:t>
      </w:r>
      <w:r w:rsidRPr="006B5DFA">
        <w:rPr>
          <w:rFonts w:eastAsia="Calibri"/>
          <w:lang w:val="ru-RU"/>
        </w:rPr>
        <w:t xml:space="preserve">, </w:t>
      </w:r>
      <w:r>
        <w:rPr>
          <w:rFonts w:eastAsia="Calibri"/>
        </w:rPr>
        <w:t>Cash</w:t>
      </w:r>
      <w:r w:rsidRPr="006B5DFA">
        <w:rPr>
          <w:rFonts w:eastAsia="Calibri"/>
          <w:lang w:val="ru-RU"/>
        </w:rPr>
        <w:t xml:space="preserve"> </w:t>
      </w:r>
      <w:r>
        <w:rPr>
          <w:rFonts w:eastAsia="Calibri"/>
        </w:rPr>
        <w:t>Flow</w:t>
      </w:r>
      <w:r w:rsidRPr="006B5DFA">
        <w:rPr>
          <w:rFonts w:eastAsia="Calibri"/>
          <w:lang w:val="ru-RU"/>
        </w:rPr>
        <w:t>, прибыль и рентабельность; руководил 6 директорами подразделений и представлял результаты совету директоров.</w:t>
      </w:r>
    </w:p>
    <w:p w14:paraId="483CF7C9" w14:textId="77777777" w:rsidR="004A5B58" w:rsidRPr="006B5DFA" w:rsidRDefault="00000000" w:rsidP="006B5DFA">
      <w:pPr>
        <w:pStyle w:val="ResumeBullet"/>
        <w:numPr>
          <w:ilvl w:val="0"/>
          <w:numId w:val="6"/>
        </w:numPr>
        <w:rPr>
          <w:lang w:val="ru-RU"/>
        </w:rPr>
      </w:pPr>
      <w:r w:rsidRPr="006B5DFA">
        <w:rPr>
          <w:rFonts w:eastAsia="Calibri"/>
          <w:lang w:val="ru-RU"/>
        </w:rPr>
        <w:t xml:space="preserve">Построил единую систему управления целями: связал стратегию компании, </w:t>
      </w:r>
      <w:r>
        <w:rPr>
          <w:rFonts w:eastAsia="Calibri"/>
        </w:rPr>
        <w:t>OKR</w:t>
      </w:r>
      <w:r w:rsidRPr="006B5DFA">
        <w:rPr>
          <w:rFonts w:eastAsia="Calibri"/>
          <w:lang w:val="ru-RU"/>
        </w:rPr>
        <w:t xml:space="preserve">, </w:t>
      </w:r>
      <w:r>
        <w:rPr>
          <w:rFonts w:eastAsia="Calibri"/>
        </w:rPr>
        <w:t>KPI</w:t>
      </w:r>
      <w:r w:rsidRPr="006B5DFA">
        <w:rPr>
          <w:rFonts w:eastAsia="Calibri"/>
          <w:lang w:val="ru-RU"/>
        </w:rPr>
        <w:t xml:space="preserve"> подразделений и операционные метрики.</w:t>
      </w:r>
    </w:p>
    <w:p w14:paraId="65FAC192" w14:textId="77777777" w:rsidR="004A5B58" w:rsidRPr="006B5DFA" w:rsidRDefault="00000000" w:rsidP="006B5DFA">
      <w:pPr>
        <w:pStyle w:val="ResumeBullet"/>
        <w:numPr>
          <w:ilvl w:val="0"/>
          <w:numId w:val="6"/>
        </w:numPr>
        <w:rPr>
          <w:lang w:val="ru-RU"/>
        </w:rPr>
      </w:pPr>
      <w:r w:rsidRPr="006B5DFA">
        <w:rPr>
          <w:rFonts w:eastAsia="Calibri"/>
          <w:lang w:val="ru-RU"/>
        </w:rPr>
        <w:t>Увеличил прибыль в 4 раза за 1 год за счёт оптимизации расходов.</w:t>
      </w:r>
    </w:p>
    <w:p w14:paraId="5FE0D8ED" w14:textId="77777777" w:rsidR="004A5B58" w:rsidRPr="006B5DFA" w:rsidRDefault="00000000" w:rsidP="006B5DFA">
      <w:pPr>
        <w:pStyle w:val="ResumeBullet"/>
        <w:numPr>
          <w:ilvl w:val="0"/>
          <w:numId w:val="6"/>
        </w:numPr>
        <w:rPr>
          <w:lang w:val="ru-RU"/>
        </w:rPr>
      </w:pPr>
      <w:r w:rsidRPr="006B5DFA">
        <w:rPr>
          <w:rFonts w:eastAsia="Calibri"/>
          <w:lang w:val="ru-RU"/>
        </w:rPr>
        <w:t>Перестроил экономическую модель услуг, снизив коммерческую ставку на 15%.</w:t>
      </w:r>
    </w:p>
    <w:p w14:paraId="4FEEE299" w14:textId="77777777" w:rsidR="004A5B58" w:rsidRPr="006B5DFA" w:rsidRDefault="00000000" w:rsidP="006B5DFA">
      <w:pPr>
        <w:pStyle w:val="ResumeBullet"/>
        <w:numPr>
          <w:ilvl w:val="0"/>
          <w:numId w:val="6"/>
        </w:numPr>
        <w:rPr>
          <w:lang w:val="ru-RU"/>
        </w:rPr>
      </w:pPr>
      <w:r w:rsidRPr="006B5DFA">
        <w:rPr>
          <w:rFonts w:eastAsia="Calibri"/>
          <w:lang w:val="ru-RU"/>
        </w:rPr>
        <w:t>Построил систему стратегического и операционного планирования с горизонтом 6 месяцев, повысив предсказуемость финансового результата.</w:t>
      </w:r>
    </w:p>
    <w:p w14:paraId="1A77F402" w14:textId="77777777" w:rsidR="004A5B58" w:rsidRPr="006B5DFA" w:rsidRDefault="00000000" w:rsidP="006B5DFA">
      <w:pPr>
        <w:pStyle w:val="ResumeBullet"/>
        <w:numPr>
          <w:ilvl w:val="0"/>
          <w:numId w:val="6"/>
        </w:numPr>
        <w:rPr>
          <w:lang w:val="ru-RU"/>
        </w:rPr>
      </w:pPr>
      <w:r w:rsidRPr="006B5DFA">
        <w:rPr>
          <w:rFonts w:eastAsia="Calibri"/>
          <w:lang w:val="ru-RU"/>
        </w:rPr>
        <w:t xml:space="preserve">Построил воронку продаж в аутстаффинге и систему промежуточных метрик; конверсия </w:t>
      </w:r>
      <w:proofErr w:type="spellStart"/>
      <w:r w:rsidRPr="006B5DFA">
        <w:rPr>
          <w:rFonts w:eastAsia="Calibri"/>
          <w:lang w:val="ru-RU"/>
        </w:rPr>
        <w:t>лидов</w:t>
      </w:r>
      <w:proofErr w:type="spellEnd"/>
      <w:r w:rsidRPr="006B5DFA">
        <w:rPr>
          <w:rFonts w:eastAsia="Calibri"/>
          <w:lang w:val="ru-RU"/>
        </w:rPr>
        <w:t xml:space="preserve"> достигла 25%.</w:t>
      </w:r>
    </w:p>
    <w:p w14:paraId="06D89DD6" w14:textId="77777777" w:rsidR="004A5B58" w:rsidRPr="006B5DFA" w:rsidRDefault="00000000" w:rsidP="006B5DFA">
      <w:pPr>
        <w:pStyle w:val="ResumeBullet"/>
        <w:numPr>
          <w:ilvl w:val="0"/>
          <w:numId w:val="6"/>
        </w:numPr>
        <w:rPr>
          <w:lang w:val="ru-RU"/>
        </w:rPr>
      </w:pPr>
      <w:r w:rsidRPr="006B5DFA">
        <w:rPr>
          <w:rFonts w:eastAsia="Calibri"/>
          <w:lang w:val="ru-RU"/>
        </w:rPr>
        <w:t xml:space="preserve">Пересобрал управленческую команду: обновил состав 5 из 6 руководителей, задал </w:t>
      </w:r>
      <w:r>
        <w:rPr>
          <w:rFonts w:eastAsia="Calibri"/>
        </w:rPr>
        <w:t>KPI</w:t>
      </w:r>
      <w:r w:rsidRPr="006B5DFA">
        <w:rPr>
          <w:rFonts w:eastAsia="Calibri"/>
          <w:lang w:val="ru-RU"/>
        </w:rPr>
        <w:t xml:space="preserve"> и систему регулярной отчётности.</w:t>
      </w:r>
    </w:p>
    <w:p w14:paraId="3F2BDB8E" w14:textId="77777777" w:rsidR="004A5B58" w:rsidRPr="006B5DFA" w:rsidRDefault="00000000">
      <w:pPr>
        <w:pStyle w:val="Employer"/>
        <w:keepNext/>
        <w:rPr>
          <w:lang w:val="ru-RU"/>
        </w:rPr>
      </w:pPr>
      <w:r w:rsidRPr="006B5DFA">
        <w:rPr>
          <w:rFonts w:eastAsia="Calibri"/>
          <w:b/>
          <w:color w:val="1F4D78"/>
          <w:sz w:val="22"/>
          <w:lang w:val="ru-RU"/>
        </w:rPr>
        <w:t>Технократия</w:t>
      </w:r>
      <w:r w:rsidRPr="006B5DFA">
        <w:rPr>
          <w:rFonts w:eastAsia="Calibri"/>
          <w:color w:val="5A6068"/>
          <w:sz w:val="18"/>
          <w:lang w:val="ru-RU"/>
        </w:rPr>
        <w:t xml:space="preserve"> | Казань | </w:t>
      </w:r>
      <w:proofErr w:type="spellStart"/>
      <w:r>
        <w:rPr>
          <w:rFonts w:eastAsia="Calibri"/>
          <w:color w:val="5A6068"/>
          <w:sz w:val="18"/>
        </w:rPr>
        <w:t>technokratos</w:t>
      </w:r>
      <w:proofErr w:type="spellEnd"/>
      <w:r w:rsidRPr="006B5DFA">
        <w:rPr>
          <w:rFonts w:eastAsia="Calibri"/>
          <w:color w:val="5A6068"/>
          <w:sz w:val="18"/>
          <w:lang w:val="ru-RU"/>
        </w:rPr>
        <w:t>.</w:t>
      </w:r>
      <w:r>
        <w:rPr>
          <w:rFonts w:eastAsia="Calibri"/>
          <w:color w:val="5A6068"/>
          <w:sz w:val="18"/>
        </w:rPr>
        <w:t>com</w:t>
      </w:r>
      <w:r w:rsidRPr="006B5DFA">
        <w:rPr>
          <w:rFonts w:eastAsia="Calibri"/>
          <w:b/>
          <w:color w:val="5A6068"/>
          <w:sz w:val="19"/>
          <w:lang w:val="ru-RU"/>
        </w:rPr>
        <w:tab/>
        <w:t>Январь 2018 - Июль 2023</w:t>
      </w:r>
    </w:p>
    <w:p w14:paraId="1092B500" w14:textId="77777777" w:rsidR="004A5B58" w:rsidRPr="006B5DFA" w:rsidRDefault="00000000">
      <w:pPr>
        <w:pStyle w:val="RoleTitle"/>
        <w:keepNext/>
        <w:rPr>
          <w:lang w:val="ru-RU"/>
        </w:rPr>
      </w:pPr>
      <w:r w:rsidRPr="006B5DFA">
        <w:rPr>
          <w:rFonts w:eastAsia="Calibri"/>
          <w:b/>
          <w:sz w:val="21"/>
          <w:lang w:val="ru-RU"/>
        </w:rPr>
        <w:t>Директор проектного офиса</w:t>
      </w:r>
    </w:p>
    <w:p w14:paraId="67366F61" w14:textId="77777777" w:rsidR="004A5B58" w:rsidRPr="006B5DFA" w:rsidRDefault="00000000">
      <w:pPr>
        <w:pStyle w:val="ResumeBody"/>
        <w:rPr>
          <w:lang w:val="ru-RU"/>
        </w:rPr>
      </w:pPr>
      <w:r w:rsidRPr="006B5DFA">
        <w:rPr>
          <w:rFonts w:eastAsia="Calibri"/>
          <w:lang w:val="ru-RU"/>
        </w:rPr>
        <w:t>С нуля создал проектный офис и систему управления портфелем из 30+ проектов в год. Руководил командой из 7 проектных менеджеров, отвечал за прибыль и рентабельность портфеля, риски, сроки, качество и закрывающую документацию.</w:t>
      </w:r>
    </w:p>
    <w:p w14:paraId="2E5BC6CA" w14:textId="77777777" w:rsidR="004A5B58" w:rsidRPr="006B5DFA" w:rsidRDefault="00000000" w:rsidP="006B5DFA">
      <w:pPr>
        <w:pStyle w:val="ResumeBullet"/>
        <w:numPr>
          <w:ilvl w:val="0"/>
          <w:numId w:val="7"/>
        </w:numPr>
        <w:rPr>
          <w:lang w:val="ru-RU"/>
        </w:rPr>
      </w:pPr>
      <w:r w:rsidRPr="006B5DFA">
        <w:rPr>
          <w:rFonts w:eastAsia="Calibri"/>
          <w:lang w:val="ru-RU"/>
        </w:rPr>
        <w:t>Обеспечивал рост выручки в 2 раза год к году на протяжении 5 лет с сохранением целевой рентабельности.</w:t>
      </w:r>
    </w:p>
    <w:p w14:paraId="11E5F21A" w14:textId="77777777" w:rsidR="004A5B58" w:rsidRPr="006B5DFA" w:rsidRDefault="00000000" w:rsidP="006B5DFA">
      <w:pPr>
        <w:pStyle w:val="ResumeBullet"/>
        <w:numPr>
          <w:ilvl w:val="0"/>
          <w:numId w:val="7"/>
        </w:numPr>
        <w:rPr>
          <w:lang w:val="ru-RU"/>
        </w:rPr>
      </w:pPr>
      <w:r w:rsidRPr="006B5DFA">
        <w:rPr>
          <w:rFonts w:eastAsia="Calibri"/>
          <w:lang w:val="ru-RU"/>
        </w:rPr>
        <w:t>Управлял загрузкой производства численностью 150 человек и добивался 100% утилизации.</w:t>
      </w:r>
    </w:p>
    <w:p w14:paraId="3D858432" w14:textId="77777777" w:rsidR="004A5B58" w:rsidRPr="006B5DFA" w:rsidRDefault="00000000" w:rsidP="006B5DFA">
      <w:pPr>
        <w:pStyle w:val="ResumeBullet"/>
        <w:numPr>
          <w:ilvl w:val="0"/>
          <w:numId w:val="7"/>
        </w:numPr>
        <w:rPr>
          <w:lang w:val="ru-RU"/>
        </w:rPr>
      </w:pPr>
      <w:r w:rsidRPr="006B5DFA">
        <w:rPr>
          <w:rFonts w:eastAsia="Calibri"/>
          <w:lang w:val="ru-RU"/>
        </w:rPr>
        <w:t xml:space="preserve">Нанял ресурсного менеджера и как </w:t>
      </w:r>
      <w:r>
        <w:rPr>
          <w:rFonts w:eastAsia="Calibri"/>
        </w:rPr>
        <w:t>product</w:t>
      </w:r>
      <w:r w:rsidRPr="006B5DFA">
        <w:rPr>
          <w:rFonts w:eastAsia="Calibri"/>
          <w:lang w:val="ru-RU"/>
        </w:rPr>
        <w:t xml:space="preserve"> </w:t>
      </w:r>
      <w:r>
        <w:rPr>
          <w:rFonts w:eastAsia="Calibri"/>
        </w:rPr>
        <w:t>owner</w:t>
      </w:r>
      <w:r w:rsidRPr="006B5DFA">
        <w:rPr>
          <w:rFonts w:eastAsia="Calibri"/>
          <w:lang w:val="ru-RU"/>
        </w:rPr>
        <w:t xml:space="preserve"> создал </w:t>
      </w:r>
      <w:proofErr w:type="spellStart"/>
      <w:r>
        <w:rPr>
          <w:rFonts w:eastAsia="Calibri"/>
        </w:rPr>
        <w:t>resourcer</w:t>
      </w:r>
      <w:proofErr w:type="spellEnd"/>
      <w:r w:rsidRPr="006B5DFA">
        <w:rPr>
          <w:rFonts w:eastAsia="Calibri"/>
          <w:lang w:val="ru-RU"/>
        </w:rPr>
        <w:t>.</w:t>
      </w:r>
      <w:r>
        <w:rPr>
          <w:rFonts w:eastAsia="Calibri"/>
        </w:rPr>
        <w:t>app</w:t>
      </w:r>
      <w:r w:rsidRPr="006B5DFA">
        <w:rPr>
          <w:rFonts w:eastAsia="Calibri"/>
          <w:lang w:val="ru-RU"/>
        </w:rPr>
        <w:t xml:space="preserve"> - облачный инструмент учёта загрузки и выявления простоев.</w:t>
      </w:r>
    </w:p>
    <w:p w14:paraId="462D4735" w14:textId="77777777" w:rsidR="004A5B58" w:rsidRPr="006B5DFA" w:rsidRDefault="00000000" w:rsidP="006B5DFA">
      <w:pPr>
        <w:pStyle w:val="ResumeBullet"/>
        <w:numPr>
          <w:ilvl w:val="0"/>
          <w:numId w:val="7"/>
        </w:numPr>
        <w:rPr>
          <w:lang w:val="ru-RU"/>
        </w:rPr>
      </w:pPr>
      <w:r w:rsidRPr="006B5DFA">
        <w:rPr>
          <w:rFonts w:eastAsia="Calibri"/>
          <w:lang w:val="ru-RU"/>
        </w:rPr>
        <w:t xml:space="preserve">Создал </w:t>
      </w:r>
      <w:r>
        <w:rPr>
          <w:rFonts w:eastAsia="Calibri"/>
        </w:rPr>
        <w:t>SaaS</w:t>
      </w:r>
      <w:r w:rsidRPr="006B5DFA">
        <w:rPr>
          <w:rFonts w:eastAsia="Calibri"/>
          <w:lang w:val="ru-RU"/>
        </w:rPr>
        <w:t>-инструмент управления ресурсами и внедрил его в 8 компаниях.</w:t>
      </w:r>
    </w:p>
    <w:p w14:paraId="52119C50" w14:textId="77777777" w:rsidR="004A5B58" w:rsidRPr="006B5DFA" w:rsidRDefault="00000000" w:rsidP="006B5DFA">
      <w:pPr>
        <w:pStyle w:val="ResumeBullet"/>
        <w:numPr>
          <w:ilvl w:val="0"/>
          <w:numId w:val="7"/>
        </w:numPr>
        <w:rPr>
          <w:lang w:val="ru-RU"/>
        </w:rPr>
      </w:pPr>
      <w:r w:rsidRPr="006B5DFA">
        <w:rPr>
          <w:rFonts w:eastAsia="Calibri"/>
          <w:lang w:val="ru-RU"/>
        </w:rPr>
        <w:t>Выстроил партнёрскую сеть из 150+ подрядчиков по России; внедрил скоринг, шаблоны документов и аналитику эффективности затрат.</w:t>
      </w:r>
    </w:p>
    <w:p w14:paraId="08A67DA9" w14:textId="77777777" w:rsidR="004A5B58" w:rsidRPr="006B5DFA" w:rsidRDefault="00000000" w:rsidP="006B5DFA">
      <w:pPr>
        <w:pStyle w:val="ResumeBullet"/>
        <w:numPr>
          <w:ilvl w:val="0"/>
          <w:numId w:val="7"/>
        </w:numPr>
        <w:rPr>
          <w:lang w:val="ru-RU"/>
        </w:rPr>
      </w:pPr>
      <w:r w:rsidRPr="006B5DFA">
        <w:rPr>
          <w:rFonts w:eastAsia="Calibri"/>
          <w:lang w:val="ru-RU"/>
        </w:rPr>
        <w:t xml:space="preserve">Построил процессы управления рисками, </w:t>
      </w:r>
      <w:r>
        <w:rPr>
          <w:rFonts w:eastAsia="Calibri"/>
        </w:rPr>
        <w:t>performance</w:t>
      </w:r>
      <w:r w:rsidRPr="006B5DFA">
        <w:rPr>
          <w:rFonts w:eastAsia="Calibri"/>
          <w:lang w:val="ru-RU"/>
        </w:rPr>
        <w:t xml:space="preserve"> </w:t>
      </w:r>
      <w:r>
        <w:rPr>
          <w:rFonts w:eastAsia="Calibri"/>
        </w:rPr>
        <w:t>review</w:t>
      </w:r>
      <w:r w:rsidRPr="006B5DFA">
        <w:rPr>
          <w:rFonts w:eastAsia="Calibri"/>
          <w:lang w:val="ru-RU"/>
        </w:rPr>
        <w:t xml:space="preserve">, найма и развития команды </w:t>
      </w:r>
      <w:r>
        <w:rPr>
          <w:rFonts w:eastAsia="Calibri"/>
        </w:rPr>
        <w:t>PM</w:t>
      </w:r>
      <w:r w:rsidRPr="006B5DFA">
        <w:rPr>
          <w:rFonts w:eastAsia="Calibri"/>
          <w:lang w:val="ru-RU"/>
        </w:rPr>
        <w:t>.</w:t>
      </w:r>
    </w:p>
    <w:p w14:paraId="762F72A4" w14:textId="77777777" w:rsidR="004A5B58" w:rsidRPr="006B5DFA" w:rsidRDefault="00000000">
      <w:pPr>
        <w:pStyle w:val="Employer"/>
        <w:keepNext/>
        <w:rPr>
          <w:lang w:val="ru-RU"/>
        </w:rPr>
      </w:pPr>
      <w:r w:rsidRPr="006B5DFA">
        <w:rPr>
          <w:rFonts w:eastAsia="Calibri"/>
          <w:b/>
          <w:color w:val="1F4D78"/>
          <w:sz w:val="22"/>
          <w:lang w:val="ru-RU"/>
        </w:rPr>
        <w:lastRenderedPageBreak/>
        <w:t>Технократия</w:t>
      </w:r>
      <w:r w:rsidRPr="006B5DFA">
        <w:rPr>
          <w:rFonts w:eastAsia="Calibri"/>
          <w:color w:val="5A6068"/>
          <w:sz w:val="18"/>
          <w:lang w:val="ru-RU"/>
        </w:rPr>
        <w:t xml:space="preserve"> | Казань | </w:t>
      </w:r>
      <w:proofErr w:type="spellStart"/>
      <w:r>
        <w:rPr>
          <w:rFonts w:eastAsia="Calibri"/>
          <w:color w:val="5A6068"/>
          <w:sz w:val="18"/>
        </w:rPr>
        <w:t>technokratos</w:t>
      </w:r>
      <w:proofErr w:type="spellEnd"/>
      <w:r w:rsidRPr="006B5DFA">
        <w:rPr>
          <w:rFonts w:eastAsia="Calibri"/>
          <w:color w:val="5A6068"/>
          <w:sz w:val="18"/>
          <w:lang w:val="ru-RU"/>
        </w:rPr>
        <w:t>.</w:t>
      </w:r>
      <w:r>
        <w:rPr>
          <w:rFonts w:eastAsia="Calibri"/>
          <w:color w:val="5A6068"/>
          <w:sz w:val="18"/>
        </w:rPr>
        <w:t>com</w:t>
      </w:r>
      <w:r w:rsidRPr="006B5DFA">
        <w:rPr>
          <w:rFonts w:eastAsia="Calibri"/>
          <w:b/>
          <w:color w:val="5A6068"/>
          <w:sz w:val="19"/>
          <w:lang w:val="ru-RU"/>
        </w:rPr>
        <w:tab/>
        <w:t>Май 2016 - Январь 2018</w:t>
      </w:r>
    </w:p>
    <w:p w14:paraId="154DEAE7" w14:textId="77777777" w:rsidR="004A5B58" w:rsidRPr="006B5DFA" w:rsidRDefault="00000000">
      <w:pPr>
        <w:pStyle w:val="RoleTitle"/>
        <w:keepNext/>
        <w:rPr>
          <w:lang w:val="ru-RU"/>
        </w:rPr>
      </w:pPr>
      <w:r w:rsidRPr="006B5DFA">
        <w:rPr>
          <w:rFonts w:eastAsia="Calibri"/>
          <w:b/>
          <w:sz w:val="21"/>
          <w:lang w:val="ru-RU"/>
        </w:rPr>
        <w:t>Руководитель проектов</w:t>
      </w:r>
    </w:p>
    <w:p w14:paraId="693953FE" w14:textId="77777777" w:rsidR="004A5B58" w:rsidRPr="006B5DFA" w:rsidRDefault="00000000">
      <w:pPr>
        <w:pStyle w:val="ResumeBody"/>
        <w:rPr>
          <w:lang w:val="ru-RU"/>
        </w:rPr>
      </w:pPr>
      <w:r w:rsidRPr="006B5DFA">
        <w:rPr>
          <w:rFonts w:eastAsia="Calibri"/>
          <w:lang w:val="ru-RU"/>
        </w:rPr>
        <w:t>Управлял проектами полного цикла с бюджетами до 30 млн рублей: от формирования требований и планирования до распределения ресурсов, контроля исполнения и демонстрации результата заказчику.</w:t>
      </w:r>
    </w:p>
    <w:p w14:paraId="57581A54" w14:textId="77777777" w:rsidR="004A5B58" w:rsidRDefault="00000000" w:rsidP="006B5DFA">
      <w:pPr>
        <w:pStyle w:val="ResumeBullet"/>
        <w:numPr>
          <w:ilvl w:val="0"/>
          <w:numId w:val="8"/>
        </w:numPr>
      </w:pPr>
      <w:proofErr w:type="spellStart"/>
      <w:r>
        <w:rPr>
          <w:rFonts w:eastAsia="Calibri"/>
        </w:rPr>
        <w:t>Внедрял</w:t>
      </w:r>
      <w:proofErr w:type="spellEnd"/>
      <w:r>
        <w:rPr>
          <w:rFonts w:eastAsia="Calibri"/>
        </w:rPr>
        <w:t xml:space="preserve"> Agile-</w:t>
      </w:r>
      <w:proofErr w:type="spellStart"/>
      <w:r>
        <w:rPr>
          <w:rFonts w:eastAsia="Calibri"/>
        </w:rPr>
        <w:t>практики</w:t>
      </w:r>
      <w:proofErr w:type="spellEnd"/>
      <w:r>
        <w:rPr>
          <w:rFonts w:eastAsia="Calibri"/>
        </w:rPr>
        <w:t xml:space="preserve"> и </w:t>
      </w:r>
      <w:proofErr w:type="spellStart"/>
      <w:r>
        <w:rPr>
          <w:rFonts w:eastAsia="Calibri"/>
        </w:rPr>
        <w:t>проводил</w:t>
      </w:r>
      <w:proofErr w:type="spellEnd"/>
      <w:r>
        <w:rPr>
          <w:rFonts w:eastAsia="Calibri"/>
        </w:rPr>
        <w:t xml:space="preserve"> Scrum-ритуалы: daily stand-up, backlog refinement, sprint retrospective.</w:t>
      </w:r>
    </w:p>
    <w:p w14:paraId="69F6E74C" w14:textId="77777777" w:rsidR="004A5B58" w:rsidRPr="006B5DFA" w:rsidRDefault="00000000" w:rsidP="006B5DFA">
      <w:pPr>
        <w:pStyle w:val="ResumeBullet"/>
        <w:numPr>
          <w:ilvl w:val="0"/>
          <w:numId w:val="8"/>
        </w:numPr>
        <w:rPr>
          <w:lang w:val="ru-RU"/>
        </w:rPr>
      </w:pPr>
      <w:r w:rsidRPr="006B5DFA">
        <w:rPr>
          <w:rFonts w:eastAsia="Calibri"/>
          <w:lang w:val="ru-RU"/>
        </w:rPr>
        <w:t xml:space="preserve">Работал с </w:t>
      </w:r>
      <w:r>
        <w:rPr>
          <w:rFonts w:eastAsia="Calibri"/>
        </w:rPr>
        <w:t>Jira</w:t>
      </w:r>
      <w:r w:rsidRPr="006B5DFA">
        <w:rPr>
          <w:rFonts w:eastAsia="Calibri"/>
          <w:lang w:val="ru-RU"/>
        </w:rPr>
        <w:t xml:space="preserve">, </w:t>
      </w:r>
      <w:r>
        <w:rPr>
          <w:rFonts w:eastAsia="Calibri"/>
        </w:rPr>
        <w:t>Confluence</w:t>
      </w:r>
      <w:r w:rsidRPr="006B5DFA">
        <w:rPr>
          <w:rFonts w:eastAsia="Calibri"/>
          <w:lang w:val="ru-RU"/>
        </w:rPr>
        <w:t xml:space="preserve"> и </w:t>
      </w:r>
      <w:r>
        <w:rPr>
          <w:rFonts w:eastAsia="Calibri"/>
        </w:rPr>
        <w:t>Miro</w:t>
      </w:r>
      <w:r w:rsidRPr="006B5DFA">
        <w:rPr>
          <w:rFonts w:eastAsia="Calibri"/>
          <w:lang w:val="ru-RU"/>
        </w:rPr>
        <w:t>; участвовал в подготовке технических заданий и постановке задач.</w:t>
      </w:r>
    </w:p>
    <w:p w14:paraId="40144632" w14:textId="77777777" w:rsidR="004A5B58" w:rsidRPr="006B5DFA" w:rsidRDefault="00000000">
      <w:pPr>
        <w:pStyle w:val="Employer"/>
        <w:keepNext/>
        <w:rPr>
          <w:lang w:val="ru-RU"/>
        </w:rPr>
      </w:pPr>
      <w:proofErr w:type="spellStart"/>
      <w:r w:rsidRPr="006B5DFA">
        <w:rPr>
          <w:rFonts w:eastAsia="Calibri"/>
          <w:b/>
          <w:color w:val="1F4D78"/>
          <w:sz w:val="22"/>
          <w:lang w:val="ru-RU"/>
        </w:rPr>
        <w:t>Ракунс</w:t>
      </w:r>
      <w:proofErr w:type="spellEnd"/>
      <w:r w:rsidRPr="006B5DFA">
        <w:rPr>
          <w:rFonts w:eastAsia="Calibri"/>
          <w:b/>
          <w:color w:val="1F4D78"/>
          <w:sz w:val="22"/>
          <w:lang w:val="ru-RU"/>
        </w:rPr>
        <w:t xml:space="preserve"> </w:t>
      </w:r>
      <w:proofErr w:type="spellStart"/>
      <w:r w:rsidRPr="006B5DFA">
        <w:rPr>
          <w:rFonts w:eastAsia="Calibri"/>
          <w:b/>
          <w:color w:val="1F4D78"/>
          <w:sz w:val="22"/>
          <w:lang w:val="ru-RU"/>
        </w:rPr>
        <w:t>груп</w:t>
      </w:r>
      <w:proofErr w:type="spellEnd"/>
      <w:r w:rsidRPr="006B5DFA">
        <w:rPr>
          <w:rFonts w:eastAsia="Calibri"/>
          <w:color w:val="5A6068"/>
          <w:sz w:val="18"/>
          <w:lang w:val="ru-RU"/>
        </w:rPr>
        <w:t xml:space="preserve"> | Казань | </w:t>
      </w:r>
      <w:proofErr w:type="spellStart"/>
      <w:r>
        <w:rPr>
          <w:rFonts w:eastAsia="Calibri"/>
          <w:color w:val="5A6068"/>
          <w:sz w:val="18"/>
        </w:rPr>
        <w:t>enoty</w:t>
      </w:r>
      <w:proofErr w:type="spellEnd"/>
      <w:r w:rsidRPr="006B5DFA">
        <w:rPr>
          <w:rFonts w:eastAsia="Calibri"/>
          <w:color w:val="5A6068"/>
          <w:sz w:val="18"/>
          <w:lang w:val="ru-RU"/>
        </w:rPr>
        <w:t>.</w:t>
      </w:r>
      <w:r>
        <w:rPr>
          <w:rFonts w:eastAsia="Calibri"/>
          <w:color w:val="5A6068"/>
          <w:sz w:val="18"/>
        </w:rPr>
        <w:t>pro</w:t>
      </w:r>
      <w:r w:rsidRPr="006B5DFA">
        <w:rPr>
          <w:rFonts w:eastAsia="Calibri"/>
          <w:b/>
          <w:color w:val="5A6068"/>
          <w:sz w:val="19"/>
          <w:lang w:val="ru-RU"/>
        </w:rPr>
        <w:tab/>
        <w:t>Июль 2015 - Май 2016</w:t>
      </w:r>
    </w:p>
    <w:p w14:paraId="64D5C21B" w14:textId="77777777" w:rsidR="004A5B58" w:rsidRPr="006B5DFA" w:rsidRDefault="00000000">
      <w:pPr>
        <w:pStyle w:val="RoleTitle"/>
        <w:keepNext/>
        <w:rPr>
          <w:lang w:val="ru-RU"/>
        </w:rPr>
      </w:pPr>
      <w:r w:rsidRPr="006B5DFA">
        <w:rPr>
          <w:rFonts w:eastAsia="Calibri"/>
          <w:b/>
          <w:sz w:val="21"/>
          <w:lang w:val="ru-RU"/>
        </w:rPr>
        <w:t>Менеджер проектов</w:t>
      </w:r>
    </w:p>
    <w:p w14:paraId="77846CC2" w14:textId="77777777" w:rsidR="004A5B58" w:rsidRPr="006B5DFA" w:rsidRDefault="00000000">
      <w:pPr>
        <w:pStyle w:val="ResumeBody"/>
        <w:rPr>
          <w:lang w:val="ru-RU"/>
        </w:rPr>
      </w:pPr>
      <w:r w:rsidRPr="006B5DFA">
        <w:rPr>
          <w:rFonts w:eastAsia="Calibri"/>
          <w:lang w:val="ru-RU"/>
        </w:rPr>
        <w:t xml:space="preserve">Управлял разработкой веб-приложений с бюджетами до 10 млн рублей: планирование, </w:t>
      </w:r>
      <w:proofErr w:type="spellStart"/>
      <w:r w:rsidRPr="006B5DFA">
        <w:rPr>
          <w:rFonts w:eastAsia="Calibri"/>
          <w:lang w:val="ru-RU"/>
        </w:rPr>
        <w:t>приоритизация</w:t>
      </w:r>
      <w:proofErr w:type="spellEnd"/>
      <w:r w:rsidRPr="006B5DFA">
        <w:rPr>
          <w:rFonts w:eastAsia="Calibri"/>
          <w:lang w:val="ru-RU"/>
        </w:rPr>
        <w:t>, постановка задач, управление командной работой и коммуникация с заказчиками.</w:t>
      </w:r>
    </w:p>
    <w:p w14:paraId="2E4D3E59" w14:textId="77777777" w:rsidR="004A5B58" w:rsidRPr="006B5DFA" w:rsidRDefault="00000000" w:rsidP="006B5DFA">
      <w:pPr>
        <w:pStyle w:val="ResumeBullet"/>
        <w:numPr>
          <w:ilvl w:val="0"/>
          <w:numId w:val="9"/>
        </w:numPr>
        <w:rPr>
          <w:lang w:val="ru-RU"/>
        </w:rPr>
      </w:pPr>
      <w:r w:rsidRPr="006B5DFA">
        <w:rPr>
          <w:rFonts w:eastAsia="Calibri"/>
          <w:lang w:val="ru-RU"/>
        </w:rPr>
        <w:t xml:space="preserve">Начал внедрение </w:t>
      </w:r>
      <w:r>
        <w:rPr>
          <w:rFonts w:eastAsia="Calibri"/>
        </w:rPr>
        <w:t>Scrum</w:t>
      </w:r>
      <w:r w:rsidRPr="006B5DFA">
        <w:rPr>
          <w:rFonts w:eastAsia="Calibri"/>
          <w:lang w:val="ru-RU"/>
        </w:rPr>
        <w:t xml:space="preserve">- и </w:t>
      </w:r>
      <w:r>
        <w:rPr>
          <w:rFonts w:eastAsia="Calibri"/>
        </w:rPr>
        <w:t>Kanban</w:t>
      </w:r>
      <w:r w:rsidRPr="006B5DFA">
        <w:rPr>
          <w:rFonts w:eastAsia="Calibri"/>
          <w:lang w:val="ru-RU"/>
        </w:rPr>
        <w:t>-практик на проектах.</w:t>
      </w:r>
    </w:p>
    <w:p w14:paraId="645D9726" w14:textId="77777777" w:rsidR="004A5B58" w:rsidRPr="006B5DFA" w:rsidRDefault="00000000" w:rsidP="006B5DFA">
      <w:pPr>
        <w:pStyle w:val="ResumeBullet"/>
        <w:numPr>
          <w:ilvl w:val="0"/>
          <w:numId w:val="9"/>
        </w:numPr>
        <w:rPr>
          <w:lang w:val="ru-RU"/>
        </w:rPr>
      </w:pPr>
      <w:r w:rsidRPr="006B5DFA">
        <w:rPr>
          <w:rFonts w:eastAsia="Calibri"/>
          <w:lang w:val="ru-RU"/>
        </w:rPr>
        <w:t xml:space="preserve">Ввёл измерение </w:t>
      </w:r>
      <w:r>
        <w:rPr>
          <w:rFonts w:eastAsia="Calibri"/>
        </w:rPr>
        <w:t>velocity</w:t>
      </w:r>
      <w:r w:rsidRPr="006B5DFA">
        <w:rPr>
          <w:rFonts w:eastAsia="Calibri"/>
          <w:lang w:val="ru-RU"/>
        </w:rPr>
        <w:t xml:space="preserve">, </w:t>
      </w:r>
      <w:r>
        <w:rPr>
          <w:rFonts w:eastAsia="Calibri"/>
        </w:rPr>
        <w:t>lead</w:t>
      </w:r>
      <w:r w:rsidRPr="006B5DFA">
        <w:rPr>
          <w:rFonts w:eastAsia="Calibri"/>
          <w:lang w:val="ru-RU"/>
        </w:rPr>
        <w:t xml:space="preserve"> </w:t>
      </w:r>
      <w:r>
        <w:rPr>
          <w:rFonts w:eastAsia="Calibri"/>
        </w:rPr>
        <w:t>time</w:t>
      </w:r>
      <w:r w:rsidRPr="006B5DFA">
        <w:rPr>
          <w:rFonts w:eastAsia="Calibri"/>
          <w:lang w:val="ru-RU"/>
        </w:rPr>
        <w:t xml:space="preserve"> и </w:t>
      </w:r>
      <w:r>
        <w:rPr>
          <w:rFonts w:eastAsia="Calibri"/>
        </w:rPr>
        <w:t>cycle</w:t>
      </w:r>
      <w:r w:rsidRPr="006B5DFA">
        <w:rPr>
          <w:rFonts w:eastAsia="Calibri"/>
          <w:lang w:val="ru-RU"/>
        </w:rPr>
        <w:t xml:space="preserve"> </w:t>
      </w:r>
      <w:r>
        <w:rPr>
          <w:rFonts w:eastAsia="Calibri"/>
        </w:rPr>
        <w:t>time</w:t>
      </w:r>
      <w:r w:rsidRPr="006B5DFA">
        <w:rPr>
          <w:rFonts w:eastAsia="Calibri"/>
          <w:lang w:val="ru-RU"/>
        </w:rPr>
        <w:t xml:space="preserve">, использовал </w:t>
      </w:r>
      <w:r>
        <w:rPr>
          <w:rFonts w:eastAsia="Calibri"/>
        </w:rPr>
        <w:t>burndown</w:t>
      </w:r>
      <w:r w:rsidRPr="006B5DFA">
        <w:rPr>
          <w:rFonts w:eastAsia="Calibri"/>
          <w:lang w:val="ru-RU"/>
        </w:rPr>
        <w:t xml:space="preserve"> </w:t>
      </w:r>
      <w:r>
        <w:rPr>
          <w:rFonts w:eastAsia="Calibri"/>
        </w:rPr>
        <w:t>chart</w:t>
      </w:r>
      <w:r w:rsidRPr="006B5DFA">
        <w:rPr>
          <w:rFonts w:eastAsia="Calibri"/>
          <w:lang w:val="ru-RU"/>
        </w:rPr>
        <w:t xml:space="preserve"> для контроля поставки.</w:t>
      </w:r>
    </w:p>
    <w:p w14:paraId="757C7D32" w14:textId="77777777" w:rsidR="004A5B58" w:rsidRPr="006B5DFA" w:rsidRDefault="00000000">
      <w:pPr>
        <w:pStyle w:val="Employer"/>
        <w:keepNext/>
        <w:rPr>
          <w:lang w:val="ru-RU"/>
        </w:rPr>
      </w:pPr>
      <w:r w:rsidRPr="006B5DFA">
        <w:rPr>
          <w:rFonts w:eastAsia="Calibri"/>
          <w:b/>
          <w:color w:val="1F4D78"/>
          <w:sz w:val="22"/>
          <w:lang w:val="ru-RU"/>
        </w:rPr>
        <w:t>БАРС Груп</w:t>
      </w:r>
      <w:r w:rsidRPr="006B5DFA">
        <w:rPr>
          <w:rFonts w:eastAsia="Calibri"/>
          <w:color w:val="5A6068"/>
          <w:sz w:val="18"/>
          <w:lang w:val="ru-RU"/>
        </w:rPr>
        <w:t xml:space="preserve"> | Казань | </w:t>
      </w:r>
      <w:r>
        <w:rPr>
          <w:rFonts w:eastAsia="Calibri"/>
          <w:color w:val="5A6068"/>
          <w:sz w:val="18"/>
        </w:rPr>
        <w:t>bars</w:t>
      </w:r>
      <w:r w:rsidRPr="006B5DFA">
        <w:rPr>
          <w:rFonts w:eastAsia="Calibri"/>
          <w:color w:val="5A6068"/>
          <w:sz w:val="18"/>
          <w:lang w:val="ru-RU"/>
        </w:rPr>
        <w:t>.</w:t>
      </w:r>
      <w:r>
        <w:rPr>
          <w:rFonts w:eastAsia="Calibri"/>
          <w:color w:val="5A6068"/>
          <w:sz w:val="18"/>
        </w:rPr>
        <w:t>group</w:t>
      </w:r>
      <w:r w:rsidRPr="006B5DFA">
        <w:rPr>
          <w:rFonts w:eastAsia="Calibri"/>
          <w:b/>
          <w:color w:val="5A6068"/>
          <w:sz w:val="19"/>
          <w:lang w:val="ru-RU"/>
        </w:rPr>
        <w:tab/>
        <w:t>Апрель 2013 - Июль 2015</w:t>
      </w:r>
    </w:p>
    <w:p w14:paraId="43DBD2B0" w14:textId="77777777" w:rsidR="004A5B58" w:rsidRPr="006B5DFA" w:rsidRDefault="00000000">
      <w:pPr>
        <w:pStyle w:val="RoleTitle"/>
        <w:keepNext/>
        <w:rPr>
          <w:lang w:val="ru-RU"/>
        </w:rPr>
      </w:pPr>
      <w:r w:rsidRPr="006B5DFA">
        <w:rPr>
          <w:rFonts w:eastAsia="Calibri"/>
          <w:b/>
          <w:sz w:val="21"/>
          <w:lang w:val="ru-RU"/>
        </w:rPr>
        <w:t>Менеджер проектов / Аналитик</w:t>
      </w:r>
    </w:p>
    <w:p w14:paraId="632E7696" w14:textId="77777777" w:rsidR="004A5B58" w:rsidRPr="006B5DFA" w:rsidRDefault="00000000">
      <w:pPr>
        <w:pStyle w:val="ResumeBody"/>
        <w:rPr>
          <w:lang w:val="ru-RU"/>
        </w:rPr>
      </w:pPr>
      <w:r w:rsidRPr="006B5DFA">
        <w:rPr>
          <w:rFonts w:eastAsia="Calibri"/>
          <w:lang w:val="ru-RU"/>
        </w:rPr>
        <w:t xml:space="preserve">Управлял проектами с бюджетами до 50 млн рублей для крупных коммерческих и государственных организаций, работая в модели </w:t>
      </w:r>
      <w:r>
        <w:rPr>
          <w:rFonts w:eastAsia="Calibri"/>
        </w:rPr>
        <w:t>waterfall</w:t>
      </w:r>
      <w:r w:rsidRPr="006B5DFA">
        <w:rPr>
          <w:rFonts w:eastAsia="Calibri"/>
          <w:lang w:val="ru-RU"/>
        </w:rPr>
        <w:t xml:space="preserve"> и совмещая проектную и аналитическую роли.</w:t>
      </w:r>
    </w:p>
    <w:p w14:paraId="088851BB" w14:textId="77777777" w:rsidR="004A5B58" w:rsidRPr="006B5DFA" w:rsidRDefault="00000000" w:rsidP="006B5DFA">
      <w:pPr>
        <w:pStyle w:val="ResumeBullet"/>
        <w:numPr>
          <w:ilvl w:val="0"/>
          <w:numId w:val="10"/>
        </w:numPr>
        <w:rPr>
          <w:lang w:val="ru-RU"/>
        </w:rPr>
      </w:pPr>
      <w:r w:rsidRPr="006B5DFA">
        <w:rPr>
          <w:rFonts w:eastAsia="Calibri"/>
          <w:lang w:val="ru-RU"/>
        </w:rPr>
        <w:t xml:space="preserve">Инициировал и реализовал первое коммерческое мобильное приложение компании для </w:t>
      </w:r>
      <w:r>
        <w:rPr>
          <w:rFonts w:eastAsia="Calibri"/>
        </w:rPr>
        <w:t>Android</w:t>
      </w:r>
      <w:r w:rsidRPr="006B5DFA">
        <w:rPr>
          <w:rFonts w:eastAsia="Calibri"/>
          <w:lang w:val="ru-RU"/>
        </w:rPr>
        <w:t xml:space="preserve"> и </w:t>
      </w:r>
      <w:r>
        <w:rPr>
          <w:rFonts w:eastAsia="Calibri"/>
        </w:rPr>
        <w:t>iOS</w:t>
      </w:r>
      <w:r w:rsidRPr="006B5DFA">
        <w:rPr>
          <w:rFonts w:eastAsia="Calibri"/>
          <w:lang w:val="ru-RU"/>
        </w:rPr>
        <w:t>.</w:t>
      </w:r>
    </w:p>
    <w:p w14:paraId="70B4225C" w14:textId="77777777" w:rsidR="004A5B58" w:rsidRPr="006B5DFA" w:rsidRDefault="00000000" w:rsidP="006B5DFA">
      <w:pPr>
        <w:pStyle w:val="ResumeBullet"/>
        <w:numPr>
          <w:ilvl w:val="0"/>
          <w:numId w:val="10"/>
        </w:numPr>
        <w:rPr>
          <w:lang w:val="ru-RU"/>
        </w:rPr>
      </w:pPr>
      <w:r w:rsidRPr="006B5DFA">
        <w:rPr>
          <w:rFonts w:eastAsia="Calibri"/>
          <w:lang w:val="ru-RU"/>
        </w:rPr>
        <w:t>Получил благодарность за существенный вклад в развитие мобильной разработки.</w:t>
      </w:r>
    </w:p>
    <w:p w14:paraId="499722CD" w14:textId="77777777" w:rsidR="004A5B58" w:rsidRPr="006B5DFA" w:rsidRDefault="00000000">
      <w:pPr>
        <w:pStyle w:val="1"/>
        <w:pBdr>
          <w:bottom w:val="single" w:sz="6" w:space="2" w:color="D9E2F3"/>
        </w:pBdr>
        <w:rPr>
          <w:lang w:val="ru-RU"/>
        </w:rPr>
      </w:pPr>
      <w:r w:rsidRPr="006B5DFA">
        <w:rPr>
          <w:rFonts w:ascii="Calibri" w:eastAsia="Calibri" w:hAnsi="Calibri"/>
          <w:lang w:val="ru-RU"/>
        </w:rPr>
        <w:t>ОБРАЗОВАНИЕ</w:t>
      </w:r>
    </w:p>
    <w:p w14:paraId="461EE438" w14:textId="77777777" w:rsidR="004A5B58" w:rsidRPr="006B5DFA" w:rsidRDefault="00000000">
      <w:pPr>
        <w:pStyle w:val="ResumeBody"/>
        <w:rPr>
          <w:lang w:val="ru-RU"/>
        </w:rPr>
      </w:pPr>
      <w:r w:rsidRPr="006B5DFA">
        <w:rPr>
          <w:rFonts w:eastAsia="Calibri"/>
          <w:b/>
          <w:lang w:val="ru-RU"/>
        </w:rPr>
        <w:t>2013 - Казанский национальный исследовательский технический университет им. А.Н. Туполева, Институт технической кибернетики и информатики</w:t>
      </w:r>
    </w:p>
    <w:p w14:paraId="2A2618B4" w14:textId="77777777" w:rsidR="004A5B58" w:rsidRPr="006B5DFA" w:rsidRDefault="00000000">
      <w:pPr>
        <w:pStyle w:val="ResumeBody"/>
        <w:ind w:left="317"/>
        <w:rPr>
          <w:lang w:val="ru-RU"/>
        </w:rPr>
      </w:pPr>
      <w:r w:rsidRPr="006B5DFA">
        <w:rPr>
          <w:rFonts w:eastAsia="Calibri"/>
          <w:lang w:val="ru-RU"/>
        </w:rPr>
        <w:t>Информатика и вычислительная техника, высшее образование</w:t>
      </w:r>
    </w:p>
    <w:p w14:paraId="128E7B7F" w14:textId="77777777" w:rsidR="004A5B58" w:rsidRPr="006B5DFA" w:rsidRDefault="00000000">
      <w:pPr>
        <w:pStyle w:val="ResumeBody"/>
        <w:rPr>
          <w:lang w:val="ru-RU"/>
        </w:rPr>
      </w:pPr>
      <w:r w:rsidRPr="006B5DFA">
        <w:rPr>
          <w:rFonts w:eastAsia="Calibri"/>
          <w:b/>
          <w:lang w:val="ru-RU"/>
        </w:rPr>
        <w:t>2013 - Казанский национальный исследовательский технический университет им. А.Н. Туполева, Международный центр</w:t>
      </w:r>
    </w:p>
    <w:p w14:paraId="7F248343" w14:textId="77777777" w:rsidR="004A5B58" w:rsidRPr="006B5DFA" w:rsidRDefault="00000000">
      <w:pPr>
        <w:pStyle w:val="ResumeBody"/>
        <w:ind w:left="317"/>
        <w:rPr>
          <w:lang w:val="ru-RU"/>
        </w:rPr>
      </w:pPr>
      <w:r w:rsidRPr="006B5DFA">
        <w:rPr>
          <w:rFonts w:eastAsia="Calibri"/>
          <w:lang w:val="ru-RU"/>
        </w:rPr>
        <w:t>Переводчик в сфере профессиональной коммуникации, высшее образование</w:t>
      </w:r>
    </w:p>
    <w:p w14:paraId="36CC9029" w14:textId="7FBD427D" w:rsidR="004A5B58" w:rsidRPr="006B5DFA" w:rsidRDefault="00000000">
      <w:pPr>
        <w:pStyle w:val="1"/>
        <w:pBdr>
          <w:bottom w:val="single" w:sz="6" w:space="2" w:color="D9E2F3"/>
        </w:pBdr>
      </w:pPr>
      <w:r w:rsidRPr="006B5DFA">
        <w:rPr>
          <w:rFonts w:ascii="Calibri" w:eastAsia="Calibri" w:hAnsi="Calibri"/>
          <w:lang w:val="ru-RU"/>
        </w:rPr>
        <w:t>ЯЗЫКИ</w:t>
      </w:r>
    </w:p>
    <w:p w14:paraId="610FB62A" w14:textId="36C8CC0E" w:rsidR="004A5B58" w:rsidRPr="006B5DFA" w:rsidRDefault="00000000" w:rsidP="006B5DFA">
      <w:pPr>
        <w:pStyle w:val="ResumeBullet"/>
        <w:rPr>
          <w:lang w:val="ru-RU"/>
        </w:rPr>
      </w:pPr>
      <w:r w:rsidRPr="006B5DFA">
        <w:rPr>
          <w:rFonts w:eastAsia="Calibri"/>
          <w:lang w:val="ru-RU"/>
        </w:rPr>
        <w:t xml:space="preserve">Русский - родной; английский - </w:t>
      </w:r>
      <w:r>
        <w:rPr>
          <w:rFonts w:eastAsia="Calibri"/>
        </w:rPr>
        <w:t>C</w:t>
      </w:r>
      <w:r w:rsidRPr="006B5DFA">
        <w:rPr>
          <w:rFonts w:eastAsia="Calibri"/>
          <w:lang w:val="ru-RU"/>
        </w:rPr>
        <w:t>1 (продвинутый).</w:t>
      </w:r>
    </w:p>
    <w:sectPr w:rsidR="004A5B58" w:rsidRPr="006B5DFA" w:rsidSect="00034616">
      <w:footerReference w:type="default" r:id="rId8"/>
      <w:pgSz w:w="12240" w:h="15840"/>
      <w:pgMar w:top="979" w:right="1123" w:bottom="893" w:left="1123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DE951" w14:textId="77777777" w:rsidR="00595750" w:rsidRDefault="00595750">
      <w:pPr>
        <w:spacing w:after="0" w:line="240" w:lineRule="auto"/>
      </w:pPr>
      <w:r>
        <w:separator/>
      </w:r>
    </w:p>
  </w:endnote>
  <w:endnote w:type="continuationSeparator" w:id="0">
    <w:p w14:paraId="6042BC4D" w14:textId="77777777" w:rsidR="00595750" w:rsidRDefault="00595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A0D04" w14:textId="77777777" w:rsidR="004A5B58" w:rsidRDefault="00000000">
    <w:pPr>
      <w:pStyle w:val="a6"/>
      <w:jc w:val="center"/>
    </w:pPr>
    <w:r>
      <w:rPr>
        <w:rFonts w:eastAsia="Calibri"/>
        <w:color w:val="5A6068"/>
        <w:sz w:val="17"/>
      </w:rPr>
      <w:t xml:space="preserve">Игорь Котов | AI Business Transformation Lead | </w:t>
    </w:r>
    <w:r>
      <w:rPr>
        <w:rFonts w:eastAsia="Calibri"/>
        <w:color w:val="5A6068"/>
        <w:sz w:val="17"/>
      </w:rPr>
      <w:fldChar w:fldCharType="begin"/>
    </w:r>
    <w:r>
      <w:rPr>
        <w:rFonts w:eastAsia="Calibri"/>
        <w:color w:val="5A6068"/>
        <w:sz w:val="17"/>
      </w:rPr>
      <w:instrText xml:space="preserve"> PAGE </w:instrText>
    </w:r>
    <w:r w:rsidR="006B5DFA">
      <w:rPr>
        <w:rFonts w:eastAsia="Calibri"/>
        <w:color w:val="5A6068"/>
        <w:sz w:val="17"/>
      </w:rPr>
      <w:fldChar w:fldCharType="separate"/>
    </w:r>
    <w:r w:rsidR="006B5DFA">
      <w:rPr>
        <w:rFonts w:eastAsia="Calibri"/>
        <w:noProof/>
        <w:color w:val="5A6068"/>
        <w:sz w:val="17"/>
      </w:rPr>
      <w:t>1</w:t>
    </w:r>
    <w:r>
      <w:rPr>
        <w:rFonts w:eastAsia="Calibri"/>
        <w:color w:val="5A6068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674E6" w14:textId="77777777" w:rsidR="00595750" w:rsidRDefault="00595750">
      <w:pPr>
        <w:spacing w:after="0" w:line="240" w:lineRule="auto"/>
      </w:pPr>
      <w:r>
        <w:separator/>
      </w:r>
    </w:p>
  </w:footnote>
  <w:footnote w:type="continuationSeparator" w:id="0">
    <w:p w14:paraId="3F0A9FF4" w14:textId="77777777" w:rsidR="00595750" w:rsidRDefault="005957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932988"/>
    <w:multiLevelType w:val="hybridMultilevel"/>
    <w:tmpl w:val="E110A056"/>
    <w:lvl w:ilvl="0" w:tplc="0419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10" w15:restartNumberingAfterBreak="0">
    <w:nsid w:val="0851414E"/>
    <w:multiLevelType w:val="hybridMultilevel"/>
    <w:tmpl w:val="32A0828E"/>
    <w:lvl w:ilvl="0" w:tplc="0419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11" w15:restartNumberingAfterBreak="0">
    <w:nsid w:val="1C8C631B"/>
    <w:multiLevelType w:val="hybridMultilevel"/>
    <w:tmpl w:val="7722BAC8"/>
    <w:lvl w:ilvl="0" w:tplc="0419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12" w15:restartNumberingAfterBreak="0">
    <w:nsid w:val="2C847A6C"/>
    <w:multiLevelType w:val="singleLevel"/>
    <w:tmpl w:val="9326AA20"/>
    <w:lvl w:ilvl="0">
      <w:start w:val="1"/>
      <w:numFmt w:val="bullet"/>
      <w:pStyle w:val="a"/>
      <w:lvlText w:val="•"/>
      <w:lvlJc w:val="left"/>
      <w:pPr>
        <w:tabs>
          <w:tab w:val="num" w:pos="540"/>
        </w:tabs>
        <w:spacing w:after="44" w:line="252" w:lineRule="auto"/>
        <w:ind w:left="540" w:hanging="270"/>
      </w:pPr>
    </w:lvl>
  </w:abstractNum>
  <w:abstractNum w:abstractNumId="13" w15:restartNumberingAfterBreak="0">
    <w:nsid w:val="2F7430A9"/>
    <w:multiLevelType w:val="hybridMultilevel"/>
    <w:tmpl w:val="0F0C9F02"/>
    <w:lvl w:ilvl="0" w:tplc="0419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14" w15:restartNumberingAfterBreak="0">
    <w:nsid w:val="47856B09"/>
    <w:multiLevelType w:val="hybridMultilevel"/>
    <w:tmpl w:val="2FB6B202"/>
    <w:lvl w:ilvl="0" w:tplc="0419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15" w15:restartNumberingAfterBreak="0">
    <w:nsid w:val="65A8199D"/>
    <w:multiLevelType w:val="hybridMultilevel"/>
    <w:tmpl w:val="B19AE44A"/>
    <w:lvl w:ilvl="0" w:tplc="0419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16" w15:restartNumberingAfterBreak="0">
    <w:nsid w:val="6D651366"/>
    <w:multiLevelType w:val="hybridMultilevel"/>
    <w:tmpl w:val="C5B65362"/>
    <w:lvl w:ilvl="0" w:tplc="0419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17" w15:restartNumberingAfterBreak="0">
    <w:nsid w:val="75010B0E"/>
    <w:multiLevelType w:val="hybridMultilevel"/>
    <w:tmpl w:val="ACBAE1CE"/>
    <w:lvl w:ilvl="0" w:tplc="0419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18" w15:restartNumberingAfterBreak="0">
    <w:nsid w:val="78756855"/>
    <w:multiLevelType w:val="hybridMultilevel"/>
    <w:tmpl w:val="ABF456A8"/>
    <w:lvl w:ilvl="0" w:tplc="0419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num w:numId="1" w16cid:durableId="496388355">
    <w:abstractNumId w:val="12"/>
  </w:num>
  <w:num w:numId="2" w16cid:durableId="1960718551">
    <w:abstractNumId w:val="17"/>
  </w:num>
  <w:num w:numId="3" w16cid:durableId="1750497247">
    <w:abstractNumId w:val="10"/>
  </w:num>
  <w:num w:numId="4" w16cid:durableId="1311130572">
    <w:abstractNumId w:val="13"/>
  </w:num>
  <w:num w:numId="5" w16cid:durableId="665519258">
    <w:abstractNumId w:val="14"/>
  </w:num>
  <w:num w:numId="6" w16cid:durableId="1589731957">
    <w:abstractNumId w:val="16"/>
  </w:num>
  <w:num w:numId="7" w16cid:durableId="269944564">
    <w:abstractNumId w:val="18"/>
  </w:num>
  <w:num w:numId="8" w16cid:durableId="1399328885">
    <w:abstractNumId w:val="11"/>
  </w:num>
  <w:num w:numId="9" w16cid:durableId="1350370720">
    <w:abstractNumId w:val="9"/>
  </w:num>
  <w:num w:numId="10" w16cid:durableId="6578830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A5B58"/>
    <w:rsid w:val="00511926"/>
    <w:rsid w:val="00595750"/>
    <w:rsid w:val="006B5DF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9FB4DD"/>
  <w14:defaultImageDpi w14:val="300"/>
  <w15:docId w15:val="{25EDB775-FD70-4AD4-B04F-0DFA1CE15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C693F"/>
    <w:pPr>
      <w:spacing w:after="80" w:line="259" w:lineRule="auto"/>
    </w:pPr>
    <w:rPr>
      <w:rFonts w:ascii="Calibri" w:hAnsi="Calibri"/>
      <w:color w:val="222222"/>
      <w:sz w:val="20"/>
    </w:rPr>
  </w:style>
  <w:style w:type="paragraph" w:styleId="1">
    <w:name w:val="heading 1"/>
    <w:basedOn w:val="a0"/>
    <w:next w:val="a0"/>
    <w:link w:val="10"/>
    <w:uiPriority w:val="9"/>
    <w:qFormat/>
    <w:rsid w:val="00FC693F"/>
    <w:pPr>
      <w:keepNext/>
      <w:keepLines/>
      <w:spacing w:before="24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2E74B5"/>
      <w:sz w:val="25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E618BF"/>
  </w:style>
  <w:style w:type="paragraph" w:styleId="a6">
    <w:name w:val="footer"/>
    <w:basedOn w:val="a0"/>
    <w:link w:val="a7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E618BF"/>
  </w:style>
  <w:style w:type="paragraph" w:styleId="a8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1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Title"/>
    <w:basedOn w:val="a0"/>
    <w:next w:val="a0"/>
    <w:link w:val="aa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1"/>
    <w:link w:val="a9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0"/>
    <w:next w:val="a0"/>
    <w:link w:val="ac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1"/>
    <w:link w:val="ab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d">
    <w:name w:val="List Paragraph"/>
    <w:basedOn w:val="a0"/>
    <w:uiPriority w:val="34"/>
    <w:qFormat/>
    <w:rsid w:val="00FC693F"/>
    <w:pPr>
      <w:ind w:left="720"/>
      <w:contextualSpacing/>
    </w:pPr>
  </w:style>
  <w:style w:type="paragraph" w:styleId="ae">
    <w:name w:val="Body Text"/>
    <w:basedOn w:val="a0"/>
    <w:link w:val="af"/>
    <w:uiPriority w:val="99"/>
    <w:unhideWhenUsed/>
    <w:rsid w:val="00AA1D8D"/>
    <w:pPr>
      <w:spacing w:after="120"/>
    </w:pPr>
  </w:style>
  <w:style w:type="character" w:customStyle="1" w:styleId="af">
    <w:name w:val="Основной текст Знак"/>
    <w:basedOn w:val="a1"/>
    <w:link w:val="ae"/>
    <w:uiPriority w:val="99"/>
    <w:rsid w:val="00AA1D8D"/>
  </w:style>
  <w:style w:type="paragraph" w:styleId="21">
    <w:name w:val="Body Text 2"/>
    <w:basedOn w:val="a0"/>
    <w:link w:val="22"/>
    <w:uiPriority w:val="99"/>
    <w:unhideWhenUsed/>
    <w:rsid w:val="00AA1D8D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AA1D8D"/>
  </w:style>
  <w:style w:type="paragraph" w:styleId="31">
    <w:name w:val="Body Text 3"/>
    <w:basedOn w:val="a0"/>
    <w:link w:val="32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AA1D8D"/>
    <w:rPr>
      <w:sz w:val="16"/>
      <w:szCs w:val="16"/>
    </w:rPr>
  </w:style>
  <w:style w:type="paragraph" w:styleId="af0">
    <w:name w:val="List"/>
    <w:basedOn w:val="a0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0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0"/>
    <w:uiPriority w:val="99"/>
    <w:unhideWhenUsed/>
    <w:rsid w:val="00326F90"/>
    <w:pPr>
      <w:ind w:left="1080" w:hanging="360"/>
      <w:contextualSpacing/>
    </w:pPr>
  </w:style>
  <w:style w:type="paragraph" w:styleId="a">
    <w:name w:val="List Bullet"/>
    <w:basedOn w:val="a0"/>
    <w:uiPriority w:val="99"/>
    <w:unhideWhenUsed/>
    <w:rsid w:val="00326F90"/>
    <w:pPr>
      <w:numPr>
        <w:numId w:val="1"/>
      </w:numPr>
      <w:contextualSpacing/>
    </w:pPr>
  </w:style>
  <w:style w:type="paragraph" w:styleId="24">
    <w:name w:val="List Bullet 2"/>
    <w:basedOn w:val="a0"/>
    <w:uiPriority w:val="99"/>
    <w:unhideWhenUsed/>
    <w:rsid w:val="00326F90"/>
    <w:pPr>
      <w:tabs>
        <w:tab w:val="num" w:pos="360"/>
      </w:tabs>
      <w:contextualSpacing/>
    </w:pPr>
  </w:style>
  <w:style w:type="paragraph" w:styleId="34">
    <w:name w:val="List Bullet 3"/>
    <w:basedOn w:val="a0"/>
    <w:uiPriority w:val="99"/>
    <w:unhideWhenUsed/>
    <w:rsid w:val="00326F90"/>
    <w:pPr>
      <w:tabs>
        <w:tab w:val="num" w:pos="360"/>
      </w:tabs>
      <w:contextualSpacing/>
    </w:pPr>
  </w:style>
  <w:style w:type="paragraph" w:styleId="af1">
    <w:name w:val="List Number"/>
    <w:basedOn w:val="a0"/>
    <w:uiPriority w:val="99"/>
    <w:unhideWhenUsed/>
    <w:rsid w:val="00326F90"/>
    <w:pPr>
      <w:tabs>
        <w:tab w:val="num" w:pos="360"/>
      </w:tabs>
      <w:contextualSpacing/>
    </w:pPr>
  </w:style>
  <w:style w:type="paragraph" w:styleId="25">
    <w:name w:val="List Number 2"/>
    <w:basedOn w:val="a0"/>
    <w:uiPriority w:val="99"/>
    <w:unhideWhenUsed/>
    <w:rsid w:val="0029639D"/>
    <w:pPr>
      <w:tabs>
        <w:tab w:val="num" w:pos="360"/>
      </w:tabs>
      <w:contextualSpacing/>
    </w:pPr>
  </w:style>
  <w:style w:type="paragraph" w:styleId="35">
    <w:name w:val="List Number 3"/>
    <w:basedOn w:val="a0"/>
    <w:uiPriority w:val="99"/>
    <w:unhideWhenUsed/>
    <w:rsid w:val="0029639D"/>
    <w:pPr>
      <w:tabs>
        <w:tab w:val="num" w:pos="360"/>
      </w:tabs>
      <w:contextualSpacing/>
    </w:pPr>
  </w:style>
  <w:style w:type="paragraph" w:styleId="af2">
    <w:name w:val="List Continue"/>
    <w:basedOn w:val="a0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0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0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1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0"/>
    <w:next w:val="a0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1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1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0"/>
    <w:next w:val="a0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1"/>
    <w:uiPriority w:val="22"/>
    <w:qFormat/>
    <w:rsid w:val="00FC693F"/>
    <w:rPr>
      <w:b/>
      <w:bCs/>
    </w:rPr>
  </w:style>
  <w:style w:type="character" w:styleId="af7">
    <w:name w:val="Emphasis"/>
    <w:basedOn w:val="a1"/>
    <w:uiPriority w:val="20"/>
    <w:qFormat/>
    <w:rsid w:val="00FC693F"/>
    <w:rPr>
      <w:i/>
      <w:iCs/>
    </w:rPr>
  </w:style>
  <w:style w:type="paragraph" w:styleId="af8">
    <w:name w:val="Intense Quote"/>
    <w:basedOn w:val="a0"/>
    <w:next w:val="a0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1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1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1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1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1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1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0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2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2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2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2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2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2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2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2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Body">
    <w:name w:val="Resume Body"/>
    <w:basedOn w:val="a0"/>
    <w:pPr>
      <w:spacing w:after="70"/>
    </w:pPr>
  </w:style>
  <w:style w:type="paragraph" w:customStyle="1" w:styleId="ResumeBullet">
    <w:name w:val="Resume Bullet"/>
    <w:basedOn w:val="a0"/>
    <w:pPr>
      <w:tabs>
        <w:tab w:val="num" w:pos="540"/>
      </w:tabs>
      <w:spacing w:after="44" w:line="252" w:lineRule="auto"/>
      <w:ind w:left="504" w:hanging="259"/>
    </w:pPr>
  </w:style>
  <w:style w:type="paragraph" w:customStyle="1" w:styleId="Employer">
    <w:name w:val="Employer"/>
    <w:basedOn w:val="a0"/>
    <w:pPr>
      <w:tabs>
        <w:tab w:val="right" w:pos="9907"/>
      </w:tabs>
      <w:spacing w:before="160" w:after="20"/>
    </w:pPr>
  </w:style>
  <w:style w:type="paragraph" w:customStyle="1" w:styleId="RoleTitle">
    <w:name w:val="Role Title"/>
    <w:basedOn w:val="a0"/>
    <w:pPr>
      <w:spacing w:after="40"/>
    </w:pPr>
  </w:style>
  <w:style w:type="paragraph" w:customStyle="1" w:styleId="Contact">
    <w:name w:val="Contact"/>
    <w:basedOn w:val="a0"/>
    <w:pPr>
      <w:spacing w:after="3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Игорь Котов - AI Business Transformation Lead</dc:title>
  <dc:subject>Резюме для hh.ru</dc:subject>
  <dc:creator>Игорь Котов</dc:creator>
  <cp:keywords>AI Business Transformation, business transformation, COO, AI readiness, автоматизация, PMO</cp:keywords>
  <dc:description>generated by python-docx</dc:description>
  <cp:lastModifiedBy>Igor Kotov</cp:lastModifiedBy>
  <cp:revision>2</cp:revision>
  <dcterms:created xsi:type="dcterms:W3CDTF">2013-12-23T23:15:00Z</dcterms:created>
  <dcterms:modified xsi:type="dcterms:W3CDTF">2026-08-24T13:26:00Z</dcterms:modified>
  <cp:category/>
</cp:coreProperties>
</file>